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536B" w:rsidR="0033450B" w:rsidP="4D2B6D6D" w:rsidRDefault="0033450B" w14:paraId="5BE72700" w14:textId="16AF00ED">
      <w:pPr>
        <w:jc w:val="center"/>
      </w:pPr>
      <w:r w:rsidRPr="4D2B6D6D" w:rsidR="571E044D">
        <w:rPr>
          <w:rFonts w:ascii="Aptos" w:hAnsi="Aptos" w:eastAsia="Aptos" w:cs="Aptos"/>
          <w:b w:val="1"/>
          <w:bCs w:val="1"/>
          <w:sz w:val="28"/>
          <w:szCs w:val="28"/>
        </w:rPr>
        <w:t>Student Employment Position Description Form</w:t>
      </w:r>
    </w:p>
    <w:tbl>
      <w:tblPr>
        <w:tblStyle w:val="TableGrid"/>
        <w:tblW w:w="0" w:type="auto"/>
        <w:tblLook w:val="04A0" w:firstRow="1" w:lastRow="0" w:firstColumn="1" w:lastColumn="0" w:noHBand="0" w:noVBand="1"/>
      </w:tblPr>
      <w:tblGrid>
        <w:gridCol w:w="3865"/>
        <w:gridCol w:w="4765"/>
      </w:tblGrid>
      <w:tr w:rsidRPr="00E9536B" w:rsidR="00BC1A1D" w:rsidTr="4D2B6D6D" w14:paraId="714BED25" w14:textId="77777777">
        <w:tc>
          <w:tcPr>
            <w:tcW w:w="3865" w:type="dxa"/>
            <w:shd w:val="clear" w:color="auto" w:fill="D9D9D9" w:themeFill="background1" w:themeFillShade="D9"/>
            <w:tcMar/>
          </w:tcPr>
          <w:p w:rsidRPr="00E9536B" w:rsidR="00BC1A1D" w:rsidP="4D2B6D6D" w:rsidRDefault="00BC1A1D" w14:paraId="77581899" w14:textId="00506683">
            <w:pPr>
              <w:rPr>
                <w:rFonts w:ascii="Aptos" w:hAnsi="Aptos" w:eastAsia="Aptos" w:cs="Aptos"/>
                <w:b w:val="1"/>
                <w:bCs w:val="1"/>
                <w:sz w:val="22"/>
                <w:szCs w:val="22"/>
              </w:rPr>
            </w:pPr>
            <w:r w:rsidRPr="4D2B6D6D" w:rsidR="5BBCE3E1">
              <w:rPr>
                <w:rFonts w:ascii="Aptos" w:hAnsi="Aptos" w:eastAsia="Aptos" w:cs="Aptos"/>
                <w:b w:val="1"/>
                <w:bCs w:val="1"/>
                <w:sz w:val="22"/>
                <w:szCs w:val="22"/>
              </w:rPr>
              <w:t>Positi</w:t>
            </w:r>
            <w:r w:rsidRPr="4D2B6D6D" w:rsidR="4A334C43">
              <w:rPr>
                <w:rFonts w:ascii="Aptos" w:hAnsi="Aptos" w:eastAsia="Aptos" w:cs="Aptos"/>
                <w:b w:val="1"/>
                <w:bCs w:val="1"/>
                <w:sz w:val="22"/>
                <w:szCs w:val="22"/>
              </w:rPr>
              <w:t>on T</w:t>
            </w:r>
            <w:r w:rsidRPr="4D2B6D6D" w:rsidR="5BBCE3E1">
              <w:rPr>
                <w:rFonts w:ascii="Aptos" w:hAnsi="Aptos" w:eastAsia="Aptos" w:cs="Aptos"/>
                <w:b w:val="1"/>
                <w:bCs w:val="1"/>
                <w:sz w:val="22"/>
                <w:szCs w:val="22"/>
              </w:rPr>
              <w:t>itle</w:t>
            </w:r>
            <w:r w:rsidRPr="4D2B6D6D" w:rsidR="2BA4700E">
              <w:rPr>
                <w:rFonts w:ascii="Aptos" w:hAnsi="Aptos" w:eastAsia="Aptos" w:cs="Aptos"/>
                <w:b w:val="1"/>
                <w:bCs w:val="1"/>
                <w:sz w:val="22"/>
                <w:szCs w:val="22"/>
              </w:rPr>
              <w:t>:</w:t>
            </w:r>
          </w:p>
        </w:tc>
        <w:tc>
          <w:tcPr>
            <w:tcW w:w="4765" w:type="dxa"/>
            <w:tcMar/>
          </w:tcPr>
          <w:p w:rsidRPr="00E9536B" w:rsidR="00BC1A1D" w:rsidP="4D2B6D6D" w:rsidRDefault="003B6A82" w14:paraId="09B49F32" w14:textId="7612DF09">
            <w:pPr>
              <w:rPr>
                <w:rFonts w:ascii="Aptos" w:hAnsi="Aptos" w:eastAsia="Aptos" w:cs="Aptos"/>
                <w:b w:val="1"/>
                <w:bCs w:val="1"/>
                <w:sz w:val="22"/>
                <w:szCs w:val="22"/>
              </w:rPr>
            </w:pPr>
            <w:r w:rsidRPr="4D2B6D6D" w:rsidR="1C14195C">
              <w:rPr>
                <w:rFonts w:ascii="Aptos" w:hAnsi="Aptos" w:eastAsia="Aptos" w:cs="Aptos"/>
                <w:b w:val="1"/>
                <w:bCs w:val="1"/>
                <w:sz w:val="22"/>
                <w:szCs w:val="22"/>
              </w:rPr>
              <w:t>(</w:t>
            </w:r>
            <w:r w:rsidRPr="4D2B6D6D" w:rsidR="79060CDB">
              <w:rPr>
                <w:rFonts w:ascii="Aptos" w:hAnsi="Aptos" w:eastAsia="Aptos" w:cs="Aptos"/>
                <w:b w:val="1"/>
                <w:bCs w:val="1"/>
                <w:sz w:val="22"/>
                <w:szCs w:val="22"/>
              </w:rPr>
              <w:t>I</w:t>
            </w:r>
            <w:r w:rsidRPr="4D2B6D6D" w:rsidR="1C14195C">
              <w:rPr>
                <w:rFonts w:ascii="Aptos" w:hAnsi="Aptos" w:eastAsia="Aptos" w:cs="Aptos"/>
                <w:b w:val="1"/>
                <w:bCs w:val="1"/>
                <w:sz w:val="22"/>
                <w:szCs w:val="22"/>
              </w:rPr>
              <w:t xml:space="preserve">nsert </w:t>
            </w:r>
            <w:r w:rsidRPr="4D2B6D6D" w:rsidR="17C8CFA6">
              <w:rPr>
                <w:rFonts w:ascii="Aptos" w:hAnsi="Aptos" w:eastAsia="Aptos" w:cs="Aptos"/>
                <w:b w:val="1"/>
                <w:bCs w:val="1"/>
                <w:sz w:val="22"/>
                <w:szCs w:val="22"/>
              </w:rPr>
              <w:t>position</w:t>
            </w:r>
            <w:r w:rsidRPr="4D2B6D6D" w:rsidR="1C14195C">
              <w:rPr>
                <w:rFonts w:ascii="Aptos" w:hAnsi="Aptos" w:eastAsia="Aptos" w:cs="Aptos"/>
                <w:b w:val="1"/>
                <w:bCs w:val="1"/>
                <w:sz w:val="22"/>
                <w:szCs w:val="22"/>
              </w:rPr>
              <w:t xml:space="preserve"> title)</w:t>
            </w:r>
          </w:p>
        </w:tc>
      </w:tr>
      <w:tr w:rsidRPr="00E9536B" w:rsidR="006E24EC" w:rsidTr="4D2B6D6D" w14:paraId="2A372703" w14:textId="77777777">
        <w:tc>
          <w:tcPr>
            <w:tcW w:w="3865" w:type="dxa"/>
            <w:shd w:val="clear" w:color="auto" w:fill="D9D9D9" w:themeFill="background1" w:themeFillShade="D9"/>
            <w:tcMar/>
          </w:tcPr>
          <w:p w:rsidRPr="00E9536B" w:rsidR="006E24EC" w:rsidP="4D2B6D6D" w:rsidRDefault="006E24EC" w14:paraId="2F33BCD6" w14:textId="7E67CEC6">
            <w:pPr>
              <w:rPr>
                <w:rFonts w:ascii="Aptos" w:hAnsi="Aptos" w:eastAsia="Aptos" w:cs="Aptos"/>
                <w:b w:val="1"/>
                <w:bCs w:val="1"/>
                <w:sz w:val="22"/>
                <w:szCs w:val="22"/>
              </w:rPr>
            </w:pPr>
            <w:r w:rsidRPr="4D2B6D6D" w:rsidR="28FFA62D">
              <w:rPr>
                <w:rFonts w:ascii="Aptos" w:hAnsi="Aptos" w:eastAsia="Aptos" w:cs="Aptos"/>
                <w:b w:val="1"/>
                <w:bCs w:val="1"/>
                <w:sz w:val="22"/>
                <w:szCs w:val="22"/>
              </w:rPr>
              <w:t>Division:</w:t>
            </w:r>
          </w:p>
        </w:tc>
        <w:sdt>
          <w:sdtPr>
            <w:id w:val="-615294838"/>
            <w:placeholder>
              <w:docPart w:val="A65E9907DBE84007B882A1F0238120D3"/>
            </w:placeholder>
            <w:showingPlcHdr/>
            <w:dropDownList>
              <w:listItem w:value="Choose an item."/>
              <w:listItem w:displayText="Athletics" w:value="Athletics"/>
              <w:listItem w:displayText="Enrollment Management" w:value="Enrollment Management"/>
              <w:listItem w:displayText="Finance &amp; Administration" w:value="Finance &amp; Administration"/>
              <w:listItem w:displayText="Philanthropy and Alumni Engagement" w:value="Philanthropy and Alumni Engagement"/>
              <w:listItem w:displayText="President's Office" w:value="President's Office"/>
              <w:listItem w:displayText="Provost's Office" w:value="Provost's Office"/>
              <w:listItem w:displayText="Student Development" w:value="Student Development"/>
              <w:listItem w:displayText="University Communications" w:value="University Communications"/>
            </w:dropDownList>
            <w:rPr>
              <w:rFonts w:ascii="Aptos" w:hAnsi="Aptos" w:eastAsia="Aptos" w:cs="Aptos"/>
              <w:b w:val="1"/>
              <w:bCs w:val="1"/>
              <w:sz w:val="28"/>
              <w:szCs w:val="28"/>
            </w:rPr>
          </w:sdtPr>
          <w:sdtEndPr>
            <w:rPr>
              <w:rFonts w:ascii="Aptos" w:hAnsi="Aptos" w:eastAsia="Aptos" w:cs="Aptos"/>
              <w:b w:val="1"/>
              <w:bCs w:val="1"/>
              <w:sz w:val="28"/>
              <w:szCs w:val="28"/>
            </w:rPr>
          </w:sdtEndPr>
          <w:sdtContent>
            <w:tc>
              <w:tcPr>
                <w:tcW w:w="4765" w:type="dxa"/>
                <w:tcMar/>
              </w:tcPr>
              <w:p w:rsidR="006E24EC" w:rsidP="4D2B6D6D" w:rsidRDefault="005F6722" w14:paraId="6EE033FB" w14:textId="7E440DD9">
                <w:pPr>
                  <w:rPr>
                    <w:rFonts w:ascii="Aptos" w:hAnsi="Aptos" w:eastAsia="Aptos" w:cs="Aptos"/>
                    <w:b w:val="1"/>
                    <w:bCs w:val="1"/>
                    <w:sz w:val="22"/>
                    <w:szCs w:val="22"/>
                  </w:rPr>
                </w:pPr>
                <w:r w:rsidRPr="4D2B6D6D" w:rsidR="68A9FA43">
                  <w:rPr>
                    <w:rStyle w:val="PlaceholderText"/>
                    <w:rFonts w:ascii="Aptos" w:hAnsi="Aptos" w:eastAsia="Aptos" w:cs="Aptos"/>
                    <w:sz w:val="22"/>
                    <w:szCs w:val="22"/>
                  </w:rPr>
                  <w:t>Choose an item.</w:t>
                </w:r>
              </w:p>
            </w:tc>
          </w:sdtContent>
        </w:sdt>
      </w:tr>
      <w:tr w:rsidRPr="00E9536B" w:rsidR="00BC1A1D" w:rsidTr="4D2B6D6D" w14:paraId="3560AB6D" w14:textId="77777777">
        <w:tc>
          <w:tcPr>
            <w:tcW w:w="3865" w:type="dxa"/>
            <w:shd w:val="clear" w:color="auto" w:fill="D9D9D9" w:themeFill="background1" w:themeFillShade="D9"/>
            <w:tcMar/>
          </w:tcPr>
          <w:p w:rsidRPr="00E9536B" w:rsidR="00BC1A1D" w:rsidP="4D2B6D6D" w:rsidRDefault="00E841BF" w14:paraId="3AFDB779" w14:textId="13D4C906">
            <w:pPr>
              <w:rPr>
                <w:rFonts w:ascii="Aptos" w:hAnsi="Aptos" w:eastAsia="Aptos" w:cs="Aptos"/>
                <w:b w:val="1"/>
                <w:bCs w:val="1"/>
                <w:sz w:val="22"/>
                <w:szCs w:val="22"/>
              </w:rPr>
            </w:pPr>
            <w:r w:rsidRPr="4D2B6D6D" w:rsidR="163B9B1B">
              <w:rPr>
                <w:rFonts w:ascii="Aptos" w:hAnsi="Aptos" w:eastAsia="Aptos" w:cs="Aptos"/>
                <w:b w:val="1"/>
                <w:bCs w:val="1"/>
                <w:sz w:val="22"/>
                <w:szCs w:val="22"/>
              </w:rPr>
              <w:t>Primary Supervisor</w:t>
            </w:r>
            <w:r w:rsidRPr="4D2B6D6D" w:rsidR="2BA4700E">
              <w:rPr>
                <w:rFonts w:ascii="Aptos" w:hAnsi="Aptos" w:eastAsia="Aptos" w:cs="Aptos"/>
                <w:b w:val="1"/>
                <w:bCs w:val="1"/>
                <w:sz w:val="22"/>
                <w:szCs w:val="22"/>
              </w:rPr>
              <w:t>:</w:t>
            </w:r>
            <w:r w:rsidRPr="4D2B6D6D" w:rsidR="29E4E629">
              <w:rPr>
                <w:rFonts w:ascii="Aptos" w:hAnsi="Aptos" w:eastAsia="Aptos" w:cs="Aptos"/>
                <w:b w:val="1"/>
                <w:bCs w:val="1"/>
                <w:sz w:val="22"/>
                <w:szCs w:val="22"/>
              </w:rPr>
              <w:t xml:space="preserve">         </w:t>
            </w:r>
            <w:r w:rsidRPr="4D2B6D6D" w:rsidR="2BA4700E">
              <w:rPr>
                <w:rFonts w:ascii="Aptos" w:hAnsi="Aptos" w:eastAsia="Aptos" w:cs="Aptos"/>
                <w:b w:val="1"/>
                <w:bCs w:val="1"/>
                <w:sz w:val="22"/>
                <w:szCs w:val="22"/>
              </w:rPr>
              <w:t xml:space="preserve"> </w:t>
            </w:r>
          </w:p>
        </w:tc>
        <w:tc>
          <w:tcPr>
            <w:tcW w:w="4765" w:type="dxa"/>
            <w:tcMar/>
          </w:tcPr>
          <w:p w:rsidRPr="00E9536B" w:rsidR="00BC1A1D" w:rsidP="4D2B6D6D" w:rsidRDefault="003B6A82" w14:paraId="32745EAC" w14:textId="751A7F7C">
            <w:pPr>
              <w:rPr>
                <w:rFonts w:ascii="Aptos" w:hAnsi="Aptos" w:eastAsia="Aptos" w:cs="Aptos"/>
                <w:b w:val="1"/>
                <w:bCs w:val="1"/>
                <w:sz w:val="22"/>
                <w:szCs w:val="22"/>
              </w:rPr>
            </w:pPr>
            <w:r w:rsidRPr="4D2B6D6D" w:rsidR="1C14195C">
              <w:rPr>
                <w:rFonts w:ascii="Aptos" w:hAnsi="Aptos" w:eastAsia="Aptos" w:cs="Aptos"/>
                <w:b w:val="1"/>
                <w:bCs w:val="1"/>
                <w:sz w:val="22"/>
                <w:szCs w:val="22"/>
              </w:rPr>
              <w:t>(</w:t>
            </w:r>
            <w:r w:rsidRPr="4D2B6D6D" w:rsidR="79060CDB">
              <w:rPr>
                <w:rFonts w:ascii="Aptos" w:hAnsi="Aptos" w:eastAsia="Aptos" w:cs="Aptos"/>
                <w:b w:val="1"/>
                <w:bCs w:val="1"/>
                <w:sz w:val="22"/>
                <w:szCs w:val="22"/>
              </w:rPr>
              <w:t>I</w:t>
            </w:r>
            <w:r w:rsidRPr="4D2B6D6D" w:rsidR="1C14195C">
              <w:rPr>
                <w:rFonts w:ascii="Aptos" w:hAnsi="Aptos" w:eastAsia="Aptos" w:cs="Aptos"/>
                <w:b w:val="1"/>
                <w:bCs w:val="1"/>
                <w:sz w:val="22"/>
                <w:szCs w:val="22"/>
              </w:rPr>
              <w:t xml:space="preserve">nsert </w:t>
            </w:r>
            <w:r w:rsidRPr="4D2B6D6D" w:rsidR="241982A0">
              <w:rPr>
                <w:rFonts w:ascii="Aptos" w:hAnsi="Aptos" w:eastAsia="Aptos" w:cs="Aptos"/>
                <w:b w:val="1"/>
                <w:bCs w:val="1"/>
                <w:sz w:val="22"/>
                <w:szCs w:val="22"/>
              </w:rPr>
              <w:t>supervisor name</w:t>
            </w:r>
            <w:r w:rsidRPr="4D2B6D6D" w:rsidR="74DADC52">
              <w:rPr>
                <w:rFonts w:ascii="Aptos" w:hAnsi="Aptos" w:eastAsia="Aptos" w:cs="Aptos"/>
                <w:b w:val="1"/>
                <w:bCs w:val="1"/>
                <w:sz w:val="22"/>
                <w:szCs w:val="22"/>
              </w:rPr>
              <w:t>)</w:t>
            </w:r>
          </w:p>
        </w:tc>
      </w:tr>
      <w:tr w:rsidR="4D2B6D6D" w:rsidTr="4D2B6D6D" w14:paraId="10F57DD6">
        <w:trPr>
          <w:trHeight w:val="300"/>
        </w:trPr>
        <w:tc>
          <w:tcPr>
            <w:tcW w:w="3865" w:type="dxa"/>
            <w:shd w:val="clear" w:color="auto" w:fill="D9D9D9" w:themeFill="background1" w:themeFillShade="D9"/>
            <w:tcMar/>
          </w:tcPr>
          <w:p w:rsidR="37A41E00" w:rsidP="4D2B6D6D" w:rsidRDefault="37A41E00" w14:paraId="52ED1115" w14:textId="08BA3E3D">
            <w:pPr>
              <w:pStyle w:val="Normal"/>
              <w:rPr>
                <w:rFonts w:ascii="Aptos" w:hAnsi="Aptos" w:eastAsia="Aptos" w:cs="Aptos"/>
                <w:b w:val="1"/>
                <w:bCs w:val="1"/>
                <w:sz w:val="22"/>
                <w:szCs w:val="22"/>
              </w:rPr>
            </w:pPr>
            <w:r w:rsidRPr="4D2B6D6D" w:rsidR="37A41E00">
              <w:rPr>
                <w:rFonts w:ascii="Aptos" w:hAnsi="Aptos" w:eastAsia="Aptos" w:cs="Aptos"/>
                <w:b w:val="1"/>
                <w:bCs w:val="1"/>
                <w:sz w:val="22"/>
                <w:szCs w:val="22"/>
              </w:rPr>
              <w:t>Compensation:</w:t>
            </w:r>
          </w:p>
        </w:tc>
        <w:tc>
          <w:tcPr>
            <w:tcW w:w="4765" w:type="dxa"/>
            <w:tcMar/>
          </w:tcPr>
          <w:p w:rsidR="37A41E00" w:rsidP="4D2B6D6D" w:rsidRDefault="37A41E00" w14:paraId="4FFF7AD7" w14:textId="712BB92D">
            <w:pPr>
              <w:pStyle w:val="Normal"/>
              <w:rPr>
                <w:rFonts w:ascii="Aptos" w:hAnsi="Aptos" w:eastAsia="Aptos" w:cs="Aptos"/>
                <w:b w:val="1"/>
                <w:bCs w:val="1"/>
                <w:sz w:val="22"/>
                <w:szCs w:val="22"/>
              </w:rPr>
            </w:pPr>
            <w:r w:rsidRPr="4D2B6D6D" w:rsidR="37A41E00">
              <w:rPr>
                <w:rFonts w:ascii="Aptos" w:hAnsi="Aptos" w:eastAsia="Aptos" w:cs="Aptos"/>
                <w:b w:val="1"/>
                <w:bCs w:val="1"/>
                <w:sz w:val="22"/>
                <w:szCs w:val="22"/>
              </w:rPr>
              <w:t>(Insert wage rate)</w:t>
            </w:r>
          </w:p>
        </w:tc>
      </w:tr>
      <w:tr w:rsidR="4D2B6D6D" w:rsidTr="4D2B6D6D" w14:paraId="29A22A99">
        <w:trPr>
          <w:trHeight w:val="300"/>
        </w:trPr>
        <w:tc>
          <w:tcPr>
            <w:tcW w:w="3865" w:type="dxa"/>
            <w:shd w:val="clear" w:color="auto" w:fill="D9D9D9" w:themeFill="background1" w:themeFillShade="D9"/>
            <w:tcMar/>
          </w:tcPr>
          <w:p w:rsidR="37A41E00" w:rsidP="4D2B6D6D" w:rsidRDefault="37A41E00" w14:paraId="503464D9" w14:textId="209E0CDF">
            <w:pPr>
              <w:pStyle w:val="Normal"/>
            </w:pPr>
            <w:r w:rsidRPr="4D2B6D6D" w:rsidR="37A41E00">
              <w:rPr>
                <w:rFonts w:ascii="Aptos" w:hAnsi="Aptos" w:eastAsia="Aptos" w:cs="Aptos"/>
                <w:b w:val="1"/>
                <w:bCs w:val="1"/>
                <w:sz w:val="22"/>
                <w:szCs w:val="22"/>
              </w:rPr>
              <w:t>Average # Hours Expected</w:t>
            </w:r>
          </w:p>
        </w:tc>
        <w:tc>
          <w:tcPr>
            <w:tcW w:w="4765" w:type="dxa"/>
            <w:tcMar/>
          </w:tcPr>
          <w:p w:rsidR="37A41E00" w:rsidP="4D2B6D6D" w:rsidRDefault="37A41E00" w14:paraId="7A61D242" w14:textId="33A164C2">
            <w:pPr>
              <w:pStyle w:val="Normal"/>
              <w:rPr>
                <w:rFonts w:ascii="Aptos" w:hAnsi="Aptos" w:eastAsia="Aptos" w:cs="Aptos"/>
                <w:b w:val="1"/>
                <w:bCs w:val="1"/>
                <w:sz w:val="22"/>
                <w:szCs w:val="22"/>
              </w:rPr>
            </w:pPr>
            <w:r w:rsidRPr="4D2B6D6D" w:rsidR="37A41E00">
              <w:rPr>
                <w:rFonts w:ascii="Aptos" w:hAnsi="Aptos" w:eastAsia="Aptos" w:cs="Aptos"/>
                <w:b w:val="1"/>
                <w:bCs w:val="1"/>
                <w:sz w:val="22"/>
                <w:szCs w:val="22"/>
              </w:rPr>
              <w:t>(Insert expected # hours per week)</w:t>
            </w:r>
          </w:p>
        </w:tc>
      </w:tr>
    </w:tbl>
    <w:p w:rsidRPr="00E9536B" w:rsidR="00016158" w:rsidP="4D2B6D6D" w:rsidRDefault="00EB0B3B" w14:paraId="219D953F" w14:textId="2561C69D">
      <w:pPr>
        <w:pStyle w:val="Normal"/>
      </w:pPr>
    </w:p>
    <w:p w:rsidR="4D2B6D6D" w:rsidP="4D2B6D6D" w:rsidRDefault="4D2B6D6D" w14:paraId="75B66FDE" w14:textId="52E95012">
      <w:pPr>
        <w:pStyle w:val="Normal"/>
      </w:pPr>
    </w:p>
    <w:tbl>
      <w:tblPr>
        <w:tblW w:w="0" w:type="auto"/>
        <w:tblLook w:val="04A0" w:firstRow="1" w:lastRow="0" w:firstColumn="1" w:lastColumn="0" w:noHBand="0" w:noVBand="1"/>
      </w:tblPr>
      <w:tblGrid>
        <w:gridCol w:w="8620"/>
      </w:tblGrid>
      <w:tr w:rsidR="00016158" w:rsidTr="4D2B6D6D" w14:paraId="24AB7644" w14:textId="77777777">
        <w:tc>
          <w:tcPr>
            <w:tcW w:w="862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cPr>
          <w:p w:rsidRPr="009329E0" w:rsidR="00016158" w:rsidP="0EE38D19" w:rsidRDefault="00EB0B3B" w14:paraId="357355B3" w14:textId="77777777">
            <w:pPr>
              <w:rPr>
                <w:rFonts w:ascii="Aptos" w:hAnsi="Aptos" w:eastAsia="Aptos" w:cs="Aptos"/>
                <w:shd w:val="pct15" w:color="auto" w:fill="FFFFFF"/>
              </w:rPr>
            </w:pPr>
            <w:r w:rsidRPr="0EE38D19" w:rsidR="00EB0B3B">
              <w:rPr>
                <w:rFonts w:ascii="Aptos" w:hAnsi="Aptos" w:eastAsia="Aptos" w:cs="Aptos"/>
                <w:b w:val="1"/>
                <w:bCs w:val="1"/>
              </w:rPr>
              <w:t>Position Summary</w:t>
            </w:r>
          </w:p>
        </w:tc>
      </w:tr>
      <w:tr w:rsidRPr="006C60C5" w:rsidR="00016158" w:rsidTr="4D2B6D6D" w14:paraId="46418A9F" w14:textId="77777777">
        <w:tc>
          <w:tcPr>
            <w:tcW w:w="8620" w:type="dxa"/>
            <w:tcBorders>
              <w:top w:val="single" w:color="auto" w:sz="8" w:space="0"/>
              <w:left w:val="single" w:color="auto" w:sz="8" w:space="0"/>
              <w:bottom w:val="single" w:color="auto" w:sz="8" w:space="0"/>
              <w:right w:val="single" w:color="auto" w:sz="8" w:space="0"/>
            </w:tcBorders>
            <w:tcMar/>
          </w:tcPr>
          <w:p w:rsidR="00020DCB" w:rsidP="0EE38D19" w:rsidRDefault="00020DCB" w14:paraId="416F2DA8" w14:textId="77777777">
            <w:pPr>
              <w:rPr>
                <w:rFonts w:ascii="Aptos" w:hAnsi="Aptos" w:eastAsia="Aptos" w:cs="Aptos"/>
              </w:rPr>
            </w:pPr>
          </w:p>
          <w:p w:rsidR="00CC55CF" w:rsidP="0EE38D19" w:rsidRDefault="00CC55CF" w14:paraId="2490DDBF" w14:textId="77777777">
            <w:pPr>
              <w:rPr>
                <w:rFonts w:ascii="Aptos" w:hAnsi="Aptos" w:eastAsia="Aptos" w:cs="Aptos"/>
              </w:rPr>
            </w:pPr>
          </w:p>
          <w:p w:rsidR="00CC55CF" w:rsidP="0EE38D19" w:rsidRDefault="00CC55CF" w14:paraId="296E0600" w14:textId="77777777">
            <w:pPr>
              <w:rPr>
                <w:rFonts w:ascii="Aptos" w:hAnsi="Aptos" w:eastAsia="Aptos" w:cs="Aptos"/>
              </w:rPr>
            </w:pPr>
          </w:p>
          <w:p w:rsidRPr="006C60C5" w:rsidR="00CC55CF" w:rsidP="0EE38D19" w:rsidRDefault="00CC55CF" w14:paraId="60E4D80E" w14:textId="690C76B9">
            <w:pPr>
              <w:rPr>
                <w:rFonts w:ascii="Aptos" w:hAnsi="Aptos" w:eastAsia="Aptos" w:cs="Aptos"/>
              </w:rPr>
            </w:pPr>
          </w:p>
        </w:tc>
      </w:tr>
      <w:tr w:rsidR="00016158" w:rsidTr="4D2B6D6D" w14:paraId="694E71B4" w14:textId="77777777">
        <w:tc>
          <w:tcPr>
            <w:tcW w:w="862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cPr>
          <w:p w:rsidR="00016158" w:rsidP="0EE38D19" w:rsidRDefault="00EB0B3B" w14:paraId="5B6FC110" w14:textId="77777777">
            <w:pPr>
              <w:rPr>
                <w:rFonts w:ascii="Aptos" w:hAnsi="Aptos" w:eastAsia="Aptos" w:cs="Aptos"/>
                <w:b w:val="1"/>
                <w:bCs w:val="1"/>
              </w:rPr>
            </w:pPr>
            <w:r w:rsidRPr="0EE38D19" w:rsidR="00EB0B3B">
              <w:rPr>
                <w:rFonts w:ascii="Aptos" w:hAnsi="Aptos" w:eastAsia="Aptos" w:cs="Aptos"/>
                <w:b w:val="1"/>
                <w:bCs w:val="1"/>
              </w:rPr>
              <w:t>Essential Duties and Responsibilities</w:t>
            </w:r>
          </w:p>
        </w:tc>
      </w:tr>
      <w:tr w:rsidR="00016158" w:rsidTr="4D2B6D6D" w14:paraId="4DA5D245" w14:textId="77777777">
        <w:tc>
          <w:tcPr>
            <w:tcW w:w="8620" w:type="dxa"/>
            <w:tcBorders>
              <w:top w:val="single" w:color="auto" w:sz="8" w:space="0"/>
              <w:left w:val="single" w:color="auto" w:sz="8" w:space="0"/>
              <w:bottom w:val="single" w:color="auto" w:sz="8" w:space="0"/>
              <w:right w:val="single" w:color="auto" w:sz="8" w:space="0"/>
            </w:tcBorders>
            <w:tcMar/>
          </w:tcPr>
          <w:p w:rsidR="00165443" w:rsidP="4D2B6D6D" w:rsidRDefault="00165443" w14:paraId="658DD538" w14:textId="77777777">
            <w:pPr>
              <w:rPr>
                <w:rFonts w:ascii="Aptos" w:hAnsi="Aptos" w:eastAsia="Aptos" w:cs="Aptos"/>
                <w:b w:val="0"/>
                <w:bCs w:val="0"/>
              </w:rPr>
            </w:pPr>
          </w:p>
          <w:p w:rsidRPr="00864720" w:rsidR="00923167" w:rsidP="4D2B6D6D" w:rsidRDefault="00864720" w14:paraId="379219B6" w14:textId="3F1B7FDC">
            <w:pPr>
              <w:pStyle w:val="ListParagraph"/>
              <w:numPr>
                <w:ilvl w:val="0"/>
                <w:numId w:val="25"/>
              </w:numPr>
              <w:rPr>
                <w:rFonts w:ascii="Aptos" w:hAnsi="Aptos" w:eastAsia="Aptos" w:cs="Aptos"/>
                <w:b w:val="0"/>
                <w:bCs w:val="0"/>
              </w:rPr>
            </w:pPr>
            <w:r w:rsidRPr="4D2B6D6D" w:rsidR="7D772AD4">
              <w:rPr>
                <w:rFonts w:ascii="Aptos" w:hAnsi="Aptos" w:eastAsia="Aptos" w:cs="Aptos"/>
                <w:b w:val="0"/>
                <w:bCs w:val="0"/>
              </w:rPr>
              <w:t>(Insert here in bullet points)</w:t>
            </w:r>
          </w:p>
          <w:p w:rsidR="00923167" w:rsidP="4D2B6D6D" w:rsidRDefault="00923167" w14:paraId="12726DB7" w14:textId="77777777">
            <w:pPr>
              <w:ind w:left="360"/>
              <w:rPr>
                <w:rFonts w:ascii="Aptos" w:hAnsi="Aptos" w:eastAsia="Aptos" w:cs="Aptos"/>
                <w:b w:val="0"/>
                <w:bCs w:val="0"/>
              </w:rPr>
            </w:pPr>
          </w:p>
          <w:p w:rsidR="00923167" w:rsidP="4D2B6D6D" w:rsidRDefault="00923167" w14:paraId="35D4EA81" w14:textId="77777777">
            <w:pPr>
              <w:ind w:left="360"/>
              <w:rPr>
                <w:rFonts w:ascii="Aptos" w:hAnsi="Aptos" w:eastAsia="Aptos" w:cs="Aptos"/>
                <w:b w:val="0"/>
                <w:bCs w:val="0"/>
              </w:rPr>
            </w:pPr>
          </w:p>
          <w:p w:rsidRPr="00165443" w:rsidR="00923167" w:rsidP="4D2B6D6D" w:rsidRDefault="00923167" w14:paraId="487A70FA" w14:textId="77777777">
            <w:pPr>
              <w:ind w:left="360"/>
              <w:rPr>
                <w:rFonts w:ascii="Aptos" w:hAnsi="Aptos" w:eastAsia="Aptos" w:cs="Aptos"/>
                <w:b w:val="0"/>
                <w:bCs w:val="0"/>
              </w:rPr>
            </w:pPr>
          </w:p>
          <w:p w:rsidRPr="003D715F" w:rsidR="00076C57" w:rsidP="4D2B6D6D" w:rsidRDefault="00076C57" w14:paraId="4F9F937B" w14:textId="77777777">
            <w:pPr>
              <w:rPr>
                <w:rFonts w:ascii="Aptos" w:hAnsi="Aptos" w:eastAsia="Aptos" w:cs="Aptos"/>
                <w:b w:val="0"/>
                <w:bCs w:val="0"/>
              </w:rPr>
            </w:pPr>
          </w:p>
          <w:p w:rsidRPr="00AF10BF" w:rsidR="00E1299B" w:rsidP="4D2B6D6D" w:rsidRDefault="00864720" w14:paraId="3199B1EF" w14:textId="3D47173B">
            <w:pPr>
              <w:pStyle w:val="ListParagraph"/>
              <w:numPr>
                <w:ilvl w:val="0"/>
                <w:numId w:val="11"/>
              </w:numPr>
              <w:rPr>
                <w:rFonts w:ascii="Aptos" w:hAnsi="Aptos" w:eastAsia="Aptos" w:cs="Aptos"/>
                <w:b w:val="0"/>
                <w:bCs w:val="0"/>
              </w:rPr>
            </w:pPr>
            <w:r w:rsidRPr="4D2B6D6D" w:rsidR="7D772AD4">
              <w:rPr>
                <w:rFonts w:ascii="Aptos" w:hAnsi="Aptos" w:eastAsia="Aptos" w:cs="Aptos"/>
                <w:b w:val="0"/>
                <w:bCs w:val="0"/>
              </w:rPr>
              <w:t>D</w:t>
            </w:r>
            <w:r w:rsidRPr="4D2B6D6D" w:rsidR="0067EC75">
              <w:rPr>
                <w:rFonts w:ascii="Aptos" w:hAnsi="Aptos" w:eastAsia="Aptos" w:cs="Aptos"/>
                <w:b w:val="0"/>
                <w:bCs w:val="0"/>
              </w:rPr>
              <w:t>emonstrate support for community and belonging, as well as participate in maintaining a respectful, positive work environment</w:t>
            </w:r>
          </w:p>
          <w:p w:rsidR="00E1299B" w:rsidP="4D2B6D6D" w:rsidRDefault="00E1299B" w14:paraId="704BE12F" w14:textId="5272C4A8">
            <w:pPr>
              <w:pStyle w:val="ListParagraph"/>
              <w:numPr>
                <w:ilvl w:val="0"/>
                <w:numId w:val="11"/>
              </w:numPr>
              <w:rPr>
                <w:rFonts w:ascii="Aptos" w:hAnsi="Aptos" w:eastAsia="Aptos" w:cs="Aptos"/>
                <w:b w:val="0"/>
                <w:bCs w:val="0"/>
              </w:rPr>
            </w:pPr>
            <w:r w:rsidRPr="4D2B6D6D" w:rsidR="0067EC75">
              <w:rPr>
                <w:rFonts w:ascii="Aptos" w:hAnsi="Aptos" w:eastAsia="Aptos" w:cs="Aptos"/>
                <w:b w:val="0"/>
                <w:bCs w:val="0"/>
              </w:rPr>
              <w:t>Perform other relevant duties as assigned</w:t>
            </w:r>
          </w:p>
          <w:p w:rsidR="00DE6C52" w:rsidP="0EE38D19" w:rsidRDefault="00DE6C52" w14:paraId="016D0001" w14:textId="5902AD6C">
            <w:pPr>
              <w:ind w:left="720"/>
              <w:rPr>
                <w:rFonts w:ascii="Aptos" w:hAnsi="Aptos" w:eastAsia="Aptos" w:cs="Aptos"/>
              </w:rPr>
            </w:pPr>
          </w:p>
        </w:tc>
      </w:tr>
    </w:tbl>
    <w:p w:rsidR="00D522E5" w:rsidP="0EE38D19" w:rsidRDefault="00D522E5" w14:paraId="553DAA26" w14:textId="39B55DC1">
      <w:pPr>
        <w:rPr>
          <w:rFonts w:ascii="Aptos" w:hAnsi="Aptos" w:eastAsia="Aptos" w:cs="Aptos"/>
        </w:rPr>
      </w:pPr>
    </w:p>
    <w:p w:rsidR="4D2B6D6D" w:rsidP="4D2B6D6D" w:rsidRDefault="4D2B6D6D" w14:paraId="0C24171F" w14:textId="1C10961B">
      <w:pPr>
        <w:rPr>
          <w:rFonts w:ascii="Aptos" w:hAnsi="Aptos" w:eastAsia="Aptos" w:cs="Aptos"/>
        </w:rPr>
      </w:pPr>
    </w:p>
    <w:p w:rsidR="4D2B6D6D" w:rsidP="4D2B6D6D" w:rsidRDefault="4D2B6D6D" w14:paraId="78ADD5FE" w14:textId="0DEE7825">
      <w:pPr>
        <w:rPr>
          <w:rFonts w:ascii="Aptos" w:hAnsi="Aptos" w:eastAsia="Aptos" w:cs="Aptos"/>
        </w:rPr>
      </w:pPr>
    </w:p>
    <w:tbl>
      <w:tblPr>
        <w:tblW w:w="0" w:type="auto"/>
        <w:tblLook w:val="04A0" w:firstRow="1" w:lastRow="0" w:firstColumn="1" w:lastColumn="0" w:noHBand="0" w:noVBand="1"/>
      </w:tblPr>
      <w:tblGrid>
        <w:gridCol w:w="8620"/>
      </w:tblGrid>
      <w:tr w:rsidR="00016158" w:rsidTr="4D2B6D6D" w14:paraId="77819630" w14:textId="77777777">
        <w:tc>
          <w:tcPr>
            <w:tcW w:w="862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cPr>
          <w:p w:rsidR="00016158" w:rsidP="0EE38D19" w:rsidRDefault="00EB0B3B" w14:paraId="6D808BD7" w14:textId="080F7D11">
            <w:pPr>
              <w:rPr>
                <w:rFonts w:ascii="Aptos" w:hAnsi="Aptos" w:eastAsia="Aptos" w:cs="Aptos"/>
                <w:b w:val="1"/>
                <w:bCs w:val="1"/>
              </w:rPr>
            </w:pPr>
            <w:r w:rsidRPr="0EE38D19" w:rsidR="00EB0B3B">
              <w:rPr>
                <w:rFonts w:ascii="Aptos" w:hAnsi="Aptos" w:eastAsia="Aptos" w:cs="Aptos"/>
                <w:b w:val="1"/>
                <w:bCs w:val="1"/>
              </w:rPr>
              <w:t>Required Qualifications</w:t>
            </w:r>
          </w:p>
        </w:tc>
      </w:tr>
      <w:tr w:rsidR="00016158" w:rsidTr="4D2B6D6D" w14:paraId="5863D92C" w14:textId="77777777">
        <w:tc>
          <w:tcPr>
            <w:tcW w:w="8620" w:type="dxa"/>
            <w:tcBorders>
              <w:top w:val="single" w:color="auto" w:sz="8" w:space="0"/>
              <w:left w:val="single" w:color="auto" w:sz="8" w:space="0"/>
              <w:bottom w:val="single" w:color="auto" w:sz="8" w:space="0"/>
              <w:right w:val="single" w:color="auto" w:sz="8" w:space="0"/>
            </w:tcBorders>
            <w:tcMar/>
          </w:tcPr>
          <w:p w:rsidR="00561840" w:rsidP="0EE38D19" w:rsidRDefault="00561840" w14:paraId="0ABFFF67" w14:textId="77777777">
            <w:pPr>
              <w:rPr>
                <w:rFonts w:ascii="Aptos" w:hAnsi="Aptos" w:eastAsia="Aptos" w:cs="Aptos"/>
                <w:b w:val="0"/>
                <w:bCs w:val="0"/>
              </w:rPr>
            </w:pPr>
          </w:p>
          <w:p w:rsidR="00CC55CF" w:rsidP="0EE38D19" w:rsidRDefault="00995C8F" w14:paraId="1175DF60" w14:textId="77B73EBD">
            <w:pPr>
              <w:pStyle w:val="ListParagraph"/>
              <w:numPr>
                <w:ilvl w:val="0"/>
                <w:numId w:val="23"/>
              </w:numPr>
              <w:rPr>
                <w:rFonts w:ascii="Aptos" w:hAnsi="Aptos" w:eastAsia="Aptos" w:cs="Aptos"/>
                <w:b w:val="0"/>
                <w:bCs w:val="0"/>
              </w:rPr>
            </w:pPr>
            <w:r w:rsidRPr="4D2B6D6D" w:rsidR="76C7940A">
              <w:rPr>
                <w:rFonts w:ascii="Aptos" w:hAnsi="Aptos" w:eastAsia="Aptos" w:cs="Aptos"/>
                <w:b w:val="0"/>
                <w:bCs w:val="0"/>
              </w:rPr>
              <w:t>(</w:t>
            </w:r>
            <w:r w:rsidRPr="4D2B6D6D" w:rsidR="76C7940A">
              <w:rPr>
                <w:rFonts w:ascii="Aptos" w:hAnsi="Aptos" w:eastAsia="Aptos" w:cs="Aptos"/>
                <w:b w:val="0"/>
                <w:bCs w:val="0"/>
              </w:rPr>
              <w:t>Ins</w:t>
            </w:r>
            <w:r w:rsidRPr="4D2B6D6D" w:rsidR="76C7940A">
              <w:rPr>
                <w:rFonts w:ascii="Aptos" w:hAnsi="Aptos" w:eastAsia="Aptos" w:cs="Aptos"/>
                <w:b w:val="0"/>
                <w:bCs w:val="0"/>
              </w:rPr>
              <w:t>ert</w:t>
            </w:r>
            <w:r w:rsidRPr="4D2B6D6D" w:rsidR="7B794BF1">
              <w:rPr>
                <w:rFonts w:ascii="Aptos" w:hAnsi="Aptos" w:eastAsia="Aptos" w:cs="Aptos"/>
                <w:b w:val="0"/>
                <w:bCs w:val="0"/>
              </w:rPr>
              <w:t xml:space="preserve"> </w:t>
            </w:r>
            <w:r w:rsidRPr="4D2B6D6D" w:rsidR="7B794BF1">
              <w:rPr>
                <w:rFonts w:ascii="Aptos" w:hAnsi="Aptos" w:eastAsia="Aptos" w:cs="Aptos"/>
                <w:b w:val="0"/>
                <w:bCs w:val="0"/>
              </w:rPr>
              <w:t xml:space="preserve">here in bullet </w:t>
            </w:r>
            <w:r w:rsidRPr="4D2B6D6D" w:rsidR="38F91210">
              <w:rPr>
                <w:rFonts w:ascii="Aptos" w:hAnsi="Aptos" w:eastAsia="Aptos" w:cs="Aptos"/>
                <w:b w:val="0"/>
                <w:bCs w:val="0"/>
              </w:rPr>
              <w:t>points</w:t>
            </w:r>
            <w:r w:rsidRPr="4D2B6D6D" w:rsidR="38F91210">
              <w:rPr>
                <w:rFonts w:ascii="Aptos" w:hAnsi="Aptos" w:eastAsia="Aptos" w:cs="Aptos"/>
                <w:b w:val="0"/>
                <w:bCs w:val="0"/>
              </w:rPr>
              <w:t>)</w:t>
            </w:r>
          </w:p>
          <w:p w:rsidR="00CC55CF" w:rsidP="0EE38D19" w:rsidRDefault="00CC55CF" w14:paraId="188C3608" w14:textId="77777777">
            <w:pPr>
              <w:rPr>
                <w:rFonts w:ascii="Aptos" w:hAnsi="Aptos" w:eastAsia="Aptos" w:cs="Aptos"/>
              </w:rPr>
            </w:pPr>
          </w:p>
          <w:p w:rsidR="00CC55CF" w:rsidP="0EE38D19" w:rsidRDefault="00CC55CF" w14:paraId="1687CF83" w14:textId="77777777">
            <w:pPr>
              <w:rPr>
                <w:rFonts w:ascii="Aptos" w:hAnsi="Aptos" w:eastAsia="Aptos" w:cs="Aptos"/>
              </w:rPr>
            </w:pPr>
          </w:p>
          <w:p w:rsidR="001B7440" w:rsidP="0EE38D19" w:rsidRDefault="001B7440" w14:paraId="69663463" w14:textId="77777777">
            <w:pPr>
              <w:rPr>
                <w:rFonts w:ascii="Aptos" w:hAnsi="Aptos" w:eastAsia="Aptos" w:cs="Aptos"/>
              </w:rPr>
            </w:pPr>
          </w:p>
          <w:p w:rsidR="00076C57" w:rsidP="0EE38D19" w:rsidRDefault="00076C57" w14:paraId="4E9B8DC3" w14:textId="77777777">
            <w:pPr>
              <w:rPr>
                <w:rFonts w:ascii="Aptos" w:hAnsi="Aptos" w:eastAsia="Aptos" w:cs="Aptos"/>
              </w:rPr>
            </w:pPr>
          </w:p>
          <w:p w:rsidR="00076C57" w:rsidP="0EE38D19" w:rsidRDefault="00076C57" w14:paraId="7D0AE4B6" w14:textId="77777777">
            <w:pPr>
              <w:rPr>
                <w:rFonts w:ascii="Aptos" w:hAnsi="Aptos" w:eastAsia="Aptos" w:cs="Aptos"/>
              </w:rPr>
            </w:pPr>
          </w:p>
          <w:p w:rsidR="00076C57" w:rsidP="0EE38D19" w:rsidRDefault="00076C57" w14:paraId="47922704" w14:textId="77777777">
            <w:pPr>
              <w:rPr>
                <w:rFonts w:ascii="Aptos" w:hAnsi="Aptos" w:eastAsia="Aptos" w:cs="Aptos"/>
              </w:rPr>
            </w:pPr>
          </w:p>
          <w:p w:rsidR="00CC55CF" w:rsidP="0EE38D19" w:rsidRDefault="00CC55CF" w14:paraId="0B3BCC6A" w14:textId="77777777">
            <w:pPr>
              <w:rPr>
                <w:rFonts w:ascii="Aptos" w:hAnsi="Aptos" w:eastAsia="Aptos" w:cs="Aptos"/>
              </w:rPr>
            </w:pPr>
          </w:p>
          <w:p w:rsidR="003A64BA" w:rsidP="0EE38D19" w:rsidRDefault="003A64BA" w14:paraId="3F3C640C" w14:textId="77777777">
            <w:pPr>
              <w:rPr>
                <w:rFonts w:ascii="Aptos" w:hAnsi="Aptos" w:eastAsia="Aptos" w:cs="Aptos"/>
              </w:rPr>
            </w:pPr>
          </w:p>
          <w:p w:rsidR="001B7440" w:rsidP="0EE38D19" w:rsidRDefault="001B7440" w14:paraId="416B9C9C" w14:textId="7CAC25BB">
            <w:pPr>
              <w:rPr>
                <w:rFonts w:ascii="Aptos" w:hAnsi="Aptos" w:eastAsia="Aptos" w:cs="Aptos"/>
              </w:rPr>
            </w:pPr>
          </w:p>
        </w:tc>
      </w:tr>
      <w:tr w:rsidR="00016158" w:rsidTr="4D2B6D6D" w14:paraId="5B3AA031" w14:textId="77777777">
        <w:tc>
          <w:tcPr>
            <w:tcW w:w="862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cPr>
          <w:p w:rsidR="00016158" w:rsidP="0EE38D19" w:rsidRDefault="00EB0B3B" w14:paraId="098F5849" w14:textId="77777777">
            <w:pPr>
              <w:rPr>
                <w:rFonts w:ascii="Aptos" w:hAnsi="Aptos" w:eastAsia="Aptos" w:cs="Aptos"/>
                <w:b w:val="1"/>
                <w:bCs w:val="1"/>
              </w:rPr>
            </w:pPr>
            <w:r w:rsidRPr="0EE38D19" w:rsidR="00EB0B3B">
              <w:rPr>
                <w:rFonts w:ascii="Aptos" w:hAnsi="Aptos" w:eastAsia="Aptos" w:cs="Aptos"/>
                <w:b w:val="1"/>
                <w:bCs w:val="1"/>
              </w:rPr>
              <w:t>Preferred Qualifications</w:t>
            </w:r>
          </w:p>
        </w:tc>
      </w:tr>
      <w:tr w:rsidR="00016158" w:rsidTr="4D2B6D6D" w14:paraId="39AC74F7" w14:textId="77777777">
        <w:tc>
          <w:tcPr>
            <w:tcW w:w="8620" w:type="dxa"/>
            <w:tcBorders>
              <w:top w:val="single" w:color="auto" w:sz="8" w:space="0"/>
              <w:left w:val="single" w:color="auto" w:sz="8" w:space="0"/>
              <w:bottom w:val="single" w:color="auto" w:sz="8" w:space="0"/>
              <w:right w:val="single" w:color="auto" w:sz="8" w:space="0"/>
            </w:tcBorders>
            <w:tcMar/>
          </w:tcPr>
          <w:p w:rsidR="00561840" w:rsidP="4D2B6D6D" w:rsidRDefault="00561840" w14:paraId="7C3DFCB7" w14:textId="77777777">
            <w:pPr>
              <w:rPr>
                <w:rFonts w:ascii="Aptos" w:hAnsi="Aptos" w:eastAsia="Aptos" w:cs="Aptos"/>
                <w:b w:val="0"/>
                <w:bCs w:val="0"/>
                <w:sz w:val="22"/>
                <w:szCs w:val="22"/>
              </w:rPr>
            </w:pPr>
          </w:p>
          <w:p w:rsidRPr="004C715F" w:rsidR="006054CA" w:rsidP="4D2B6D6D" w:rsidRDefault="004C715F" w14:paraId="4F13E375" w14:textId="069ED42D">
            <w:pPr>
              <w:pStyle w:val="ListParagraph"/>
              <w:numPr>
                <w:ilvl w:val="0"/>
                <w:numId w:val="11"/>
              </w:numPr>
              <w:spacing w:before="100" w:beforeAutospacing="on" w:after="100" w:afterAutospacing="on" w:line="240" w:lineRule="auto"/>
              <w:outlineLvl w:val="2"/>
              <w:rPr>
                <w:rFonts w:ascii="Aptos" w:hAnsi="Aptos" w:eastAsia="Aptos" w:cs="Aptos"/>
                <w:b w:val="0"/>
                <w:bCs w:val="0"/>
                <w:sz w:val="22"/>
                <w:szCs w:val="22"/>
                <w:lang w:eastAsia="zh-CN" w:bidi="he-IL"/>
              </w:rPr>
            </w:pPr>
            <w:r w:rsidRPr="4D2B6D6D" w:rsidR="4ECCEDA7">
              <w:rPr>
                <w:rFonts w:ascii="Aptos" w:hAnsi="Aptos" w:eastAsia="Aptos" w:cs="Aptos"/>
                <w:b w:val="0"/>
                <w:bCs w:val="0"/>
                <w:sz w:val="22"/>
                <w:szCs w:val="22"/>
                <w:lang w:eastAsia="zh-CN" w:bidi="he-IL"/>
              </w:rPr>
              <w:t xml:space="preserve">(Insert </w:t>
            </w:r>
            <w:r w:rsidRPr="4D2B6D6D" w:rsidR="796452EC">
              <w:rPr>
                <w:rFonts w:ascii="Aptos" w:hAnsi="Aptos" w:eastAsia="Aptos" w:cs="Aptos"/>
                <w:b w:val="0"/>
                <w:bCs w:val="0"/>
                <w:sz w:val="22"/>
                <w:szCs w:val="22"/>
                <w:lang w:eastAsia="zh-CN" w:bidi="he-IL"/>
              </w:rPr>
              <w:t>here in bullet points</w:t>
            </w:r>
            <w:r w:rsidRPr="4D2B6D6D" w:rsidR="4ECCEDA7">
              <w:rPr>
                <w:rFonts w:ascii="Aptos" w:hAnsi="Aptos" w:eastAsia="Aptos" w:cs="Aptos"/>
                <w:b w:val="0"/>
                <w:bCs w:val="0"/>
                <w:sz w:val="22"/>
                <w:szCs w:val="22"/>
                <w:lang w:eastAsia="zh-CN" w:bidi="he-IL"/>
              </w:rPr>
              <w:t>)</w:t>
            </w:r>
          </w:p>
          <w:p w:rsidR="00AF10BF" w:rsidP="0EE38D19" w:rsidRDefault="00AF10BF" w14:paraId="19347E88" w14:textId="77777777">
            <w:pPr>
              <w:spacing w:before="100" w:beforeAutospacing="on" w:after="100" w:afterAutospacing="on" w:line="240" w:lineRule="auto"/>
              <w:outlineLvl w:val="2"/>
              <w:rPr>
                <w:rFonts w:ascii="Aptos" w:hAnsi="Aptos" w:eastAsia="Aptos" w:cs="Aptos"/>
                <w:b w:val="1"/>
                <w:bCs w:val="1"/>
                <w:sz w:val="27"/>
                <w:szCs w:val="27"/>
                <w:lang w:eastAsia="zh-CN" w:bidi="he-IL"/>
              </w:rPr>
            </w:pPr>
          </w:p>
          <w:p w:rsidR="00AF10BF" w:rsidP="0EE38D19" w:rsidRDefault="00AF10BF" w14:paraId="6F841DF3" w14:textId="77777777">
            <w:pPr>
              <w:spacing w:before="100" w:beforeAutospacing="on" w:after="100" w:afterAutospacing="on" w:line="240" w:lineRule="auto"/>
              <w:outlineLvl w:val="2"/>
              <w:rPr>
                <w:rFonts w:ascii="Aptos" w:hAnsi="Aptos" w:eastAsia="Aptos" w:cs="Aptos"/>
                <w:b w:val="1"/>
                <w:bCs w:val="1"/>
                <w:sz w:val="27"/>
                <w:szCs w:val="27"/>
                <w:lang w:eastAsia="zh-CN" w:bidi="he-IL"/>
              </w:rPr>
            </w:pPr>
          </w:p>
          <w:p w:rsidR="00AF10BF" w:rsidP="0EE38D19" w:rsidRDefault="00AF10BF" w14:paraId="0888DA56" w14:textId="77777777">
            <w:pPr>
              <w:spacing w:before="100" w:beforeAutospacing="on" w:after="100" w:afterAutospacing="on" w:line="240" w:lineRule="auto"/>
              <w:outlineLvl w:val="2"/>
              <w:rPr>
                <w:rFonts w:ascii="Aptos" w:hAnsi="Aptos" w:eastAsia="Aptos" w:cs="Aptos"/>
                <w:b w:val="1"/>
                <w:bCs w:val="1"/>
                <w:sz w:val="27"/>
                <w:szCs w:val="27"/>
                <w:lang w:eastAsia="zh-CN" w:bidi="he-IL"/>
              </w:rPr>
            </w:pPr>
          </w:p>
          <w:p w:rsidR="00495987" w:rsidP="0EE38D19" w:rsidRDefault="00495987" w14:paraId="4DA38A81" w14:textId="77777777">
            <w:pPr>
              <w:spacing w:before="100" w:beforeAutospacing="on" w:after="100" w:afterAutospacing="on" w:line="240" w:lineRule="auto"/>
              <w:outlineLvl w:val="2"/>
              <w:rPr>
                <w:rFonts w:ascii="Aptos" w:hAnsi="Aptos" w:eastAsia="Aptos" w:cs="Aptos"/>
                <w:b w:val="1"/>
                <w:bCs w:val="1"/>
                <w:sz w:val="27"/>
                <w:szCs w:val="27"/>
                <w:lang w:eastAsia="zh-CN" w:bidi="he-IL"/>
              </w:rPr>
            </w:pPr>
          </w:p>
          <w:p w:rsidR="00495987" w:rsidP="0EE38D19" w:rsidRDefault="00495987" w14:paraId="6706C344" w14:textId="77777777">
            <w:pPr>
              <w:spacing w:before="100" w:beforeAutospacing="on" w:after="100" w:afterAutospacing="on" w:line="240" w:lineRule="auto"/>
              <w:outlineLvl w:val="2"/>
              <w:rPr>
                <w:rFonts w:ascii="Aptos" w:hAnsi="Aptos" w:eastAsia="Aptos" w:cs="Aptos"/>
                <w:b w:val="1"/>
                <w:bCs w:val="1"/>
                <w:sz w:val="27"/>
                <w:szCs w:val="27"/>
                <w:lang w:eastAsia="zh-CN" w:bidi="he-IL"/>
              </w:rPr>
            </w:pPr>
          </w:p>
          <w:p w:rsidR="00AF10BF" w:rsidP="0EE38D19" w:rsidRDefault="00AF10BF" w14:paraId="78044228" w14:textId="77777777">
            <w:pPr>
              <w:spacing w:before="100" w:beforeAutospacing="on" w:after="100" w:afterAutospacing="on" w:line="240" w:lineRule="auto"/>
              <w:outlineLvl w:val="2"/>
              <w:rPr>
                <w:rFonts w:ascii="Aptos" w:hAnsi="Aptos" w:eastAsia="Aptos" w:cs="Aptos"/>
                <w:b w:val="1"/>
                <w:bCs w:val="1"/>
                <w:sz w:val="27"/>
                <w:szCs w:val="27"/>
                <w:lang w:eastAsia="zh-CN" w:bidi="he-IL"/>
              </w:rPr>
            </w:pPr>
          </w:p>
          <w:p w:rsidR="001B7440" w:rsidP="0EE38D19" w:rsidRDefault="001B7440" w14:paraId="16B97F41" w14:textId="77777777">
            <w:pPr>
              <w:spacing w:before="100" w:beforeAutospacing="on" w:after="100" w:afterAutospacing="on" w:line="240" w:lineRule="auto"/>
              <w:outlineLvl w:val="2"/>
              <w:rPr>
                <w:rFonts w:ascii="Aptos" w:hAnsi="Aptos" w:eastAsia="Aptos" w:cs="Aptos"/>
                <w:b w:val="1"/>
                <w:bCs w:val="1"/>
                <w:sz w:val="27"/>
                <w:szCs w:val="27"/>
                <w:lang w:eastAsia="zh-CN" w:bidi="he-IL"/>
              </w:rPr>
            </w:pPr>
          </w:p>
          <w:p w:rsidRPr="001629CB" w:rsidR="00AF10BF" w:rsidP="4D2B6D6D" w:rsidRDefault="00AF10BF" w14:paraId="73205010" w14:textId="1D2C3F1E">
            <w:pPr>
              <w:pStyle w:val="Normal"/>
              <w:spacing w:before="100" w:beforeAutospacing="on" w:after="100" w:afterAutospacing="on" w:line="240" w:lineRule="auto"/>
              <w:outlineLvl w:val="2"/>
              <w:rPr>
                <w:rFonts w:ascii="Aptos" w:hAnsi="Aptos" w:eastAsia="Aptos" w:cs="Aptos"/>
                <w:b w:val="1"/>
                <w:bCs w:val="1"/>
                <w:sz w:val="27"/>
                <w:szCs w:val="27"/>
                <w:lang w:eastAsia="zh-CN" w:bidi="he-IL"/>
              </w:rPr>
            </w:pPr>
          </w:p>
        </w:tc>
      </w:tr>
    </w:tbl>
    <w:p w:rsidR="00CC55CF" w:rsidP="0EE38D19" w:rsidRDefault="00CC55CF" w14:paraId="620A4906" w14:textId="77777777">
      <w:pPr>
        <w:rPr>
          <w:rFonts w:ascii="Aptos" w:hAnsi="Aptos" w:eastAsia="Aptos" w:cs="Aptos"/>
        </w:rPr>
      </w:pPr>
      <w:r w:rsidRPr="0EE38D19">
        <w:rPr>
          <w:rFonts w:ascii="Aptos" w:hAnsi="Aptos" w:eastAsia="Aptos" w:cs="Aptos"/>
        </w:rPr>
        <w:br w:type="page"/>
      </w:r>
    </w:p>
    <w:tbl>
      <w:tblPr>
        <w:tblW w:w="8752" w:type="dxa"/>
        <w:tblLook w:val="04A0" w:firstRow="1" w:lastRow="0" w:firstColumn="1" w:lastColumn="0" w:noHBand="0" w:noVBand="1"/>
      </w:tblPr>
      <w:tblGrid>
        <w:gridCol w:w="8752"/>
      </w:tblGrid>
      <w:tr w:rsidR="00016158" w:rsidTr="4D2B6D6D" w14:paraId="6824B0BA" w14:textId="77777777">
        <w:tc>
          <w:tcPr>
            <w:tcW w:w="875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cPr>
          <w:p w:rsidR="00016158" w:rsidP="0EE38D19" w:rsidRDefault="00EB0B3B" w14:paraId="28100B03" w14:textId="2ED3C757">
            <w:pPr>
              <w:rPr>
                <w:rFonts w:ascii="Aptos" w:hAnsi="Aptos" w:eastAsia="Aptos" w:cs="Aptos"/>
                <w:b w:val="1"/>
                <w:bCs w:val="1"/>
              </w:rPr>
            </w:pPr>
            <w:r w:rsidRPr="4D2B6D6D" w:rsidR="16A05C3E">
              <w:rPr>
                <w:rFonts w:ascii="Aptos" w:hAnsi="Aptos" w:eastAsia="Aptos" w:cs="Aptos"/>
                <w:b w:val="1"/>
                <w:bCs w:val="1"/>
              </w:rPr>
              <w:t xml:space="preserve">NACE </w:t>
            </w:r>
            <w:r w:rsidRPr="4D2B6D6D" w:rsidR="77076057">
              <w:rPr>
                <w:rFonts w:ascii="Aptos" w:hAnsi="Aptos" w:eastAsia="Aptos" w:cs="Aptos"/>
                <w:b w:val="1"/>
                <w:bCs w:val="1"/>
              </w:rPr>
              <w:t>Competencies</w:t>
            </w:r>
            <w:r w:rsidRPr="4D2B6D6D" w:rsidR="49CE47C5">
              <w:rPr>
                <w:rFonts w:ascii="Aptos" w:hAnsi="Aptos" w:eastAsia="Aptos" w:cs="Aptos"/>
                <w:b w:val="1"/>
                <w:bCs w:val="1"/>
              </w:rPr>
              <w:t xml:space="preserve"> (Choose from </w:t>
            </w:r>
            <w:r w:rsidRPr="4D2B6D6D" w:rsidR="61EF5E86">
              <w:rPr>
                <w:rFonts w:ascii="Aptos" w:hAnsi="Aptos" w:eastAsia="Aptos" w:cs="Aptos"/>
                <w:b w:val="1"/>
                <w:bCs w:val="1"/>
              </w:rPr>
              <w:t>l</w:t>
            </w:r>
            <w:r w:rsidRPr="4D2B6D6D" w:rsidR="49CE47C5">
              <w:rPr>
                <w:rFonts w:ascii="Aptos" w:hAnsi="Aptos" w:eastAsia="Aptos" w:cs="Aptos"/>
                <w:b w:val="1"/>
                <w:bCs w:val="1"/>
              </w:rPr>
              <w:t>ibrary)</w:t>
            </w:r>
          </w:p>
        </w:tc>
      </w:tr>
      <w:tr w:rsidR="00016158" w:rsidTr="4D2B6D6D" w14:paraId="7AE58F61" w14:textId="77777777">
        <w:tc>
          <w:tcPr>
            <w:tcW w:w="8752" w:type="dxa"/>
            <w:tcBorders>
              <w:top w:val="single" w:color="auto" w:sz="8" w:space="0"/>
              <w:left w:val="single" w:color="auto" w:sz="8" w:space="0"/>
              <w:bottom w:val="single" w:color="auto" w:sz="8" w:space="0"/>
              <w:right w:val="single" w:color="auto" w:sz="8" w:space="0"/>
            </w:tcBorders>
            <w:tcMar/>
          </w:tcPr>
          <w:p w:rsidRPr="00F04FCC" w:rsidR="0059659C" w:rsidP="0EE38D19" w:rsidRDefault="004F522C" w14:paraId="6CD209D9" w14:textId="6BF9B6A7">
            <w:pPr>
              <w:rPr>
                <w:rFonts w:ascii="Aptos" w:hAnsi="Aptos" w:eastAsia="Aptos" w:cs="Aptos"/>
                <w:b w:val="1"/>
                <w:bCs w:val="1"/>
              </w:rPr>
            </w:pPr>
            <w:r w:rsidRPr="0EE38D19" w:rsidR="3DF26071">
              <w:rPr>
                <w:rFonts w:ascii="Aptos" w:hAnsi="Aptos" w:eastAsia="Aptos" w:cs="Aptos"/>
                <w:b w:val="1"/>
                <w:bCs w:val="1"/>
              </w:rPr>
              <w:t>Universal Competency</w:t>
            </w:r>
          </w:p>
          <w:tbl>
            <w:tblPr>
              <w:tblStyle w:val="TableGrid"/>
              <w:tblW w:w="0" w:type="auto"/>
              <w:tblLook w:val="04A0" w:firstRow="1" w:lastRow="0" w:firstColumn="1" w:lastColumn="0" w:noHBand="0" w:noVBand="1"/>
            </w:tblPr>
            <w:tblGrid>
              <w:gridCol w:w="4086"/>
            </w:tblGrid>
            <w:tr w:rsidRPr="00F04FCC" w:rsidR="00FF3A1F" w:rsidTr="0EE38D19" w14:paraId="0140EEA3" w14:textId="77777777">
              <w:tc>
                <w:tcPr>
                  <w:tcW w:w="4086" w:type="dxa"/>
                  <w:tcMar/>
                </w:tcPr>
                <w:p w:rsidRPr="0094780B" w:rsidR="00FF3A1F" w:rsidP="0EE38D19" w:rsidRDefault="0094780B" w14:paraId="5A22B9DB" w14:textId="729A0DBF">
                  <w:pPr>
                    <w:rPr>
                      <w:rFonts w:ascii="Aptos" w:hAnsi="Aptos" w:eastAsia="Aptos" w:cs="Aptos"/>
                      <w:b w:val="1"/>
                      <w:bCs w:val="1"/>
                    </w:rPr>
                  </w:pPr>
                  <w:r w:rsidRPr="0EE38D19" w:rsidR="51729862">
                    <w:rPr>
                      <w:rFonts w:ascii="Aptos" w:hAnsi="Aptos" w:eastAsia="Aptos" w:cs="Aptos"/>
                      <w:b w:val="1"/>
                      <w:bCs w:val="1"/>
                    </w:rPr>
                    <w:t>1.</w:t>
                  </w:r>
                  <w:r w:rsidRPr="0EE38D19" w:rsidR="51729862">
                    <w:rPr>
                      <w:rFonts w:ascii="Aptos" w:hAnsi="Aptos" w:eastAsia="Aptos" w:cs="Aptos"/>
                      <w:b w:val="1"/>
                      <w:bCs w:val="1"/>
                    </w:rPr>
                    <w:t xml:space="preserve"> </w:t>
                  </w:r>
                  <w:r w:rsidRPr="0EE38D19" w:rsidR="3C7E39B0">
                    <w:rPr>
                      <w:rFonts w:ascii="Aptos" w:hAnsi="Aptos" w:eastAsia="Aptos" w:cs="Aptos"/>
                      <w:b w:val="1"/>
                      <w:bCs w:val="1"/>
                    </w:rPr>
                    <w:t>Modeling the Witt</w:t>
                  </w:r>
                  <w:r w:rsidRPr="0EE38D19" w:rsidR="4506A7B0">
                    <w:rPr>
                      <w:rFonts w:ascii="Aptos" w:hAnsi="Aptos" w:eastAsia="Aptos" w:cs="Aptos"/>
                      <w:b w:val="1"/>
                      <w:bCs w:val="1"/>
                    </w:rPr>
                    <w:t>enberg</w:t>
                  </w:r>
                  <w:r w:rsidRPr="0EE38D19" w:rsidR="3C7E39B0">
                    <w:rPr>
                      <w:rFonts w:ascii="Aptos" w:hAnsi="Aptos" w:eastAsia="Aptos" w:cs="Aptos"/>
                      <w:b w:val="1"/>
                      <w:bCs w:val="1"/>
                    </w:rPr>
                    <w:t xml:space="preserve"> Way</w:t>
                  </w:r>
                </w:p>
              </w:tc>
            </w:tr>
          </w:tbl>
          <w:p w:rsidR="004F522C" w:rsidP="0EE38D19" w:rsidRDefault="004F522C" w14:paraId="051D4121" w14:textId="77777777">
            <w:pPr>
              <w:rPr>
                <w:rFonts w:ascii="Aptos" w:hAnsi="Aptos" w:eastAsia="Aptos" w:cs="Aptos"/>
              </w:rPr>
            </w:pPr>
          </w:p>
          <w:p w:rsidRPr="00F04FCC" w:rsidR="00F34E2E" w:rsidP="0EE38D19" w:rsidRDefault="00FF3A1F" w14:paraId="1B5D8A6B" w14:textId="13B9E9CD">
            <w:pPr>
              <w:rPr>
                <w:rFonts w:ascii="Aptos" w:hAnsi="Aptos" w:eastAsia="Aptos" w:cs="Aptos"/>
                <w:b w:val="1"/>
                <w:bCs w:val="1"/>
              </w:rPr>
            </w:pPr>
            <w:r w:rsidRPr="4D2B6D6D" w:rsidR="329B8654">
              <w:rPr>
                <w:rFonts w:ascii="Aptos" w:hAnsi="Aptos" w:eastAsia="Aptos" w:cs="Aptos"/>
                <w:b w:val="1"/>
                <w:bCs w:val="1"/>
              </w:rPr>
              <w:t>NACE</w:t>
            </w:r>
            <w:r w:rsidRPr="4D2B6D6D" w:rsidR="346C5AA6">
              <w:rPr>
                <w:rFonts w:ascii="Aptos" w:hAnsi="Aptos" w:eastAsia="Aptos" w:cs="Aptos"/>
                <w:b w:val="1"/>
                <w:bCs w:val="1"/>
              </w:rPr>
              <w:t xml:space="preserve"> </w:t>
            </w:r>
            <w:r w:rsidRPr="4D2B6D6D" w:rsidR="20ADE57D">
              <w:rPr>
                <w:rFonts w:ascii="Aptos" w:hAnsi="Aptos" w:eastAsia="Aptos" w:cs="Aptos"/>
                <w:b w:val="1"/>
                <w:bCs w:val="1"/>
              </w:rPr>
              <w:t>Competen</w:t>
            </w:r>
            <w:r w:rsidRPr="4D2B6D6D" w:rsidR="571A17EB">
              <w:rPr>
                <w:rFonts w:ascii="Aptos" w:hAnsi="Aptos" w:eastAsia="Aptos" w:cs="Aptos"/>
                <w:b w:val="1"/>
                <w:bCs w:val="1"/>
              </w:rPr>
              <w:t>cies</w:t>
            </w:r>
            <w:r w:rsidRPr="4D2B6D6D" w:rsidR="6F8EC077">
              <w:rPr>
                <w:rFonts w:ascii="Aptos" w:hAnsi="Aptos" w:eastAsia="Aptos" w:cs="Aptos"/>
                <w:b w:val="1"/>
                <w:bCs w:val="1"/>
              </w:rPr>
              <w:t xml:space="preserve"> for Position</w:t>
            </w:r>
          </w:p>
          <w:tbl>
            <w:tblPr>
              <w:tblStyle w:val="TableGrid"/>
              <w:tblW w:w="0" w:type="auto"/>
              <w:tblLook w:val="04A0" w:firstRow="1" w:lastRow="0" w:firstColumn="1" w:lastColumn="0" w:noHBand="0" w:noVBand="1"/>
            </w:tblPr>
            <w:tblGrid>
              <w:gridCol w:w="4086"/>
            </w:tblGrid>
            <w:tr w:rsidR="00AD45D1" w:rsidTr="0EE38D19" w14:paraId="6969BC1E" w14:textId="77777777">
              <w:tc>
                <w:tcPr>
                  <w:tcW w:w="4086" w:type="dxa"/>
                  <w:tcMar/>
                </w:tcPr>
                <w:p w:rsidR="00AD45D1" w:rsidP="0EE38D19" w:rsidRDefault="00C71E11" w14:paraId="693D22B7" w14:textId="2FF89B0E">
                  <w:pPr>
                    <w:rPr>
                      <w:rStyle w:val="PlaceholderText"/>
                      <w:rFonts w:ascii="Aptos" w:hAnsi="Aptos" w:eastAsia="Aptos" w:cs="Aptos"/>
                    </w:rPr>
                  </w:pPr>
                  <w:r w:rsidRPr="0EE38D19" w:rsidR="6F02E908">
                    <w:rPr>
                      <w:rFonts w:ascii="Aptos" w:hAnsi="Aptos" w:eastAsia="Aptos" w:cs="Aptos"/>
                    </w:rPr>
                    <w:t>1.</w:t>
                  </w:r>
                  <w:sdt>
                    <w:sdtPr>
                      <w:id w:val="1485348627"/>
                      <w:dropDownList>
                        <w:listItem w:value="Choose an item."/>
                        <w:listItem w:displayText="Career &amp; Self Development" w:value="Career &amp; Self Development"/>
                        <w:listItem w:displayText="Communication" w:value="Communication"/>
                        <w:listItem w:displayText="Critical Thinking" w:value="Critical Thinking"/>
                        <w:listItem w:displayText="Equity &amp; Inclusion" w:value="Equity &amp; Inclusion"/>
                        <w:listItem w:displayText="Leadership" w:value="Leadership"/>
                        <w:listItem w:displayText="Professionalism" w:value="Professionalism"/>
                        <w:listItem w:displayText="Teamwork" w:value="Teamwork"/>
                        <w:listItem w:displayText="Technology" w:value="Technology"/>
                      </w:dropDownList>
                      <w:showingPlcHdr/>
                      <w:placeholder>
                        <w:docPart w:val="B42D280A3E7D4D7CA2772624161D3EE3"/>
                      </w:placeholder>
                      <w:rPr>
                        <w:rStyle w:val="PlaceholderText"/>
                        <w:rFonts w:ascii="Aptos" w:hAnsi="Aptos" w:eastAsia="Aptos" w:cs="Aptos"/>
                      </w:rPr>
                    </w:sdtPr>
                    <w:sdtContent>
                      <w:r w:rsidRPr="0EE38D19" w:rsidR="030B292E">
                        <w:rPr>
                          <w:rStyle w:val="PlaceholderText"/>
                          <w:rFonts w:ascii="Aptos" w:hAnsi="Aptos" w:eastAsia="Aptos" w:cs="Aptos"/>
                        </w:rPr>
                        <w:t>Choose an item.</w:t>
                      </w:r>
                    </w:sdtContent>
                  </w:sdt>
                </w:p>
              </w:tc>
            </w:tr>
          </w:tbl>
          <w:p w:rsidR="00AD45D1" w:rsidP="0EE38D19" w:rsidRDefault="00AD45D1" w14:paraId="03CBDE93" w14:textId="77777777">
            <w:pPr>
              <w:rPr>
                <w:rFonts w:ascii="Aptos" w:hAnsi="Aptos" w:eastAsia="Aptos" w:cs="Aptos"/>
              </w:rPr>
            </w:pPr>
          </w:p>
          <w:tbl>
            <w:tblPr>
              <w:tblStyle w:val="TableGrid"/>
              <w:tblW w:w="0" w:type="auto"/>
              <w:tblLook w:val="04A0" w:firstRow="1" w:lastRow="0" w:firstColumn="1" w:lastColumn="0" w:noHBand="0" w:noVBand="1"/>
            </w:tblPr>
            <w:tblGrid>
              <w:gridCol w:w="4086"/>
            </w:tblGrid>
            <w:tr w:rsidR="00AD45D1" w:rsidTr="0EE38D19" w14:paraId="1AE08B19" w14:textId="77777777">
              <w:tc>
                <w:tcPr>
                  <w:tcW w:w="4086" w:type="dxa"/>
                  <w:tcMar/>
                </w:tcPr>
                <w:p w:rsidR="00AD45D1" w:rsidP="0EE38D19" w:rsidRDefault="00C71E11" w14:paraId="3B829024" w14:textId="57BACD4C">
                  <w:pPr>
                    <w:rPr>
                      <w:rStyle w:val="PlaceholderText"/>
                      <w:rFonts w:ascii="Aptos" w:hAnsi="Aptos" w:eastAsia="Aptos" w:cs="Aptos"/>
                    </w:rPr>
                  </w:pPr>
                  <w:r w:rsidRPr="0EE38D19" w:rsidR="6F02E908">
                    <w:rPr>
                      <w:rFonts w:ascii="Aptos" w:hAnsi="Aptos" w:eastAsia="Aptos" w:cs="Aptos"/>
                    </w:rPr>
                    <w:t>2.</w:t>
                  </w:r>
                  <w:sdt>
                    <w:sdtPr>
                      <w:id w:val="1234589598"/>
                      <w:dropDownList>
                        <w:listItem w:value="Choose an item."/>
                        <w:listItem w:displayText="Career &amp; Self Development" w:value="Career &amp; Self Development"/>
                        <w:listItem w:displayText="Critical Thinking" w:value="Critical Thinking"/>
                        <w:listItem w:displayText="Communication" w:value="Communication"/>
                        <w:listItem w:displayText="Equity &amp; Inclusion" w:value="Equity &amp; Inclusion"/>
                        <w:listItem w:displayText="Leadership" w:value="Leadership"/>
                        <w:listItem w:displayText="Professional" w:value="Professional"/>
                        <w:listItem w:displayText="Teamwork" w:value="Teamwork"/>
                        <w:listItem w:displayText="Technology" w:value="Technology"/>
                      </w:dropDownList>
                      <w:showingPlcHdr/>
                      <w:placeholder>
                        <w:docPart w:val="2327E1378A1B40148251A98CB3357B3B"/>
                      </w:placeholder>
                      <w:rPr>
                        <w:rStyle w:val="PlaceholderText"/>
                        <w:rFonts w:ascii="Aptos" w:hAnsi="Aptos" w:eastAsia="Aptos" w:cs="Aptos"/>
                      </w:rPr>
                    </w:sdtPr>
                    <w:sdtContent>
                      <w:r w:rsidRPr="0EE38D19" w:rsidR="2E2139E3">
                        <w:rPr>
                          <w:rStyle w:val="PlaceholderText"/>
                          <w:rFonts w:ascii="Aptos" w:hAnsi="Aptos" w:eastAsia="Aptos" w:cs="Aptos"/>
                        </w:rPr>
                        <w:t>Choose an item.</w:t>
                      </w:r>
                    </w:sdtContent>
                  </w:sdt>
                </w:p>
              </w:tc>
            </w:tr>
          </w:tbl>
          <w:p w:rsidR="00AD45D1" w:rsidP="0EE38D19" w:rsidRDefault="00AD45D1" w14:paraId="0CC1FB7A" w14:textId="2CEE9155">
            <w:pPr>
              <w:rPr>
                <w:rFonts w:ascii="Aptos" w:hAnsi="Aptos" w:eastAsia="Aptos" w:cs="Aptos"/>
              </w:rPr>
            </w:pPr>
          </w:p>
          <w:tbl>
            <w:tblPr>
              <w:tblStyle w:val="TableGrid"/>
              <w:tblW w:w="0" w:type="auto"/>
              <w:tblLook w:val="04A0" w:firstRow="1" w:lastRow="0" w:firstColumn="1" w:lastColumn="0" w:noHBand="0" w:noVBand="1"/>
            </w:tblPr>
            <w:tblGrid>
              <w:gridCol w:w="4086"/>
            </w:tblGrid>
            <w:tr w:rsidR="00AD45D1" w:rsidTr="0EE38D19" w14:paraId="3BF32E0E" w14:textId="77777777">
              <w:tc>
                <w:tcPr>
                  <w:tcW w:w="4086" w:type="dxa"/>
                  <w:tcMar/>
                </w:tcPr>
                <w:p w:rsidR="00AD45D1" w:rsidP="0EE38D19" w:rsidRDefault="00C71E11" w14:paraId="10738CF4" w14:textId="042ED375">
                  <w:pPr>
                    <w:rPr>
                      <w:rStyle w:val="PlaceholderText"/>
                      <w:rFonts w:ascii="Aptos" w:hAnsi="Aptos" w:eastAsia="Aptos" w:cs="Aptos"/>
                    </w:rPr>
                  </w:pPr>
                  <w:r w:rsidRPr="0EE38D19" w:rsidR="6F02E908">
                    <w:rPr>
                      <w:rFonts w:ascii="Aptos" w:hAnsi="Aptos" w:eastAsia="Aptos" w:cs="Aptos"/>
                    </w:rPr>
                    <w:t>3.</w:t>
                  </w:r>
                  <w:sdt>
                    <w:sdtPr>
                      <w:id w:val="-1972667200"/>
                      <w:dropDownList>
                        <w:listItem w:value="Choose an item."/>
                        <w:listItem w:displayText="Career &amp; Self Development" w:value="Career &amp; Self Development"/>
                        <w:listItem w:displayText="Critical Thinking" w:value="Critical Thinking"/>
                        <w:listItem w:displayText="Communication" w:value="Communication"/>
                        <w:listItem w:displayText="Equity &amp; Inclusion" w:value="Equity &amp; Inclusion"/>
                        <w:listItem w:displayText="Leadership" w:value="Leadership"/>
                        <w:listItem w:displayText="Professionalism" w:value="Professionalism"/>
                        <w:listItem w:displayText="Teamwork" w:value="Teamwork"/>
                        <w:listItem w:displayText="Technology" w:value="Technology"/>
                      </w:dropDownList>
                      <w:showingPlcHdr/>
                      <w:placeholder>
                        <w:docPart w:val="B0EBFB4DC23441898414B9948A386609"/>
                      </w:placeholder>
                      <w:rPr>
                        <w:rStyle w:val="PlaceholderText"/>
                        <w:rFonts w:ascii="Aptos" w:hAnsi="Aptos" w:eastAsia="Aptos" w:cs="Aptos"/>
                      </w:rPr>
                    </w:sdtPr>
                    <w:sdtContent>
                      <w:r w:rsidRPr="0EE38D19" w:rsidR="35E2E333">
                        <w:rPr>
                          <w:rStyle w:val="PlaceholderText"/>
                          <w:rFonts w:ascii="Aptos" w:hAnsi="Aptos" w:eastAsia="Aptos" w:cs="Aptos"/>
                        </w:rPr>
                        <w:t>Choose an item.</w:t>
                      </w:r>
                    </w:sdtContent>
                  </w:sdt>
                </w:p>
              </w:tc>
            </w:tr>
          </w:tbl>
          <w:p w:rsidR="00B0290A" w:rsidP="0EE38D19" w:rsidRDefault="00B0290A" w14:paraId="1DA5F868" w14:textId="7AEA6217">
            <w:pPr>
              <w:rPr>
                <w:rFonts w:ascii="Aptos" w:hAnsi="Aptos" w:eastAsia="Aptos" w:cs="Aptos"/>
              </w:rPr>
            </w:pPr>
          </w:p>
          <w:tbl>
            <w:tblPr>
              <w:tblStyle w:val="TableGrid"/>
              <w:tblW w:w="0" w:type="auto"/>
              <w:tblLook w:val="04A0" w:firstRow="1" w:lastRow="0" w:firstColumn="1" w:lastColumn="0" w:noHBand="0" w:noVBand="1"/>
            </w:tblPr>
            <w:tblGrid>
              <w:gridCol w:w="4086"/>
            </w:tblGrid>
            <w:tr w:rsidR="00AD45D1" w:rsidTr="0EE38D19" w14:paraId="0F18355B" w14:textId="77777777">
              <w:tc>
                <w:tcPr>
                  <w:tcW w:w="4086" w:type="dxa"/>
                  <w:tcMar/>
                </w:tcPr>
                <w:p w:rsidR="00AD45D1" w:rsidP="0EE38D19" w:rsidRDefault="00C71E11" w14:paraId="2EF1D8D5" w14:textId="1B78C3C4">
                  <w:pPr>
                    <w:rPr>
                      <w:rStyle w:val="PlaceholderText"/>
                      <w:rFonts w:ascii="Aptos" w:hAnsi="Aptos" w:eastAsia="Aptos" w:cs="Aptos"/>
                    </w:rPr>
                  </w:pPr>
                  <w:r w:rsidRPr="0EE38D19" w:rsidR="6F02E908">
                    <w:rPr>
                      <w:rFonts w:ascii="Aptos" w:hAnsi="Aptos" w:eastAsia="Aptos" w:cs="Aptos"/>
                    </w:rPr>
                    <w:t>4.</w:t>
                  </w:r>
                  <w:r w:rsidRPr="0EE38D19" w:rsidR="68750576">
                    <w:rPr>
                      <w:rFonts w:ascii="Aptos" w:hAnsi="Aptos" w:eastAsia="Aptos" w:cs="Aptos"/>
                    </w:rPr>
                    <w:t xml:space="preserve"> </w:t>
                  </w:r>
                  <w:sdt>
                    <w:sdtPr>
                      <w:id w:val="-1327738127"/>
                      <w:dropDownList>
                        <w:listItem w:value="Choose an item."/>
                        <w:listItem w:displayText="Career &amp; Self Development" w:value="Career &amp; Self Development"/>
                        <w:listItem w:displayText="Critical Thinking" w:value="Critical Thinking"/>
                        <w:listItem w:displayText="Communication" w:value="Communication"/>
                        <w:listItem w:displayText="Equity &amp; Inclusion" w:value="Equity &amp; Inclusion"/>
                        <w:listItem w:displayText="Leadership" w:value="Leadership"/>
                        <w:listItem w:displayText="Professionalism" w:value="Professionalism"/>
                        <w:listItem w:displayText="Teamwork" w:value="Teamwork"/>
                        <w:listItem w:displayText="Technology" w:value="Technology"/>
                      </w:dropDownList>
                      <w:showingPlcHdr/>
                      <w:placeholder>
                        <w:docPart w:val="E6EA8B6AA8EC4064A454243C4FC204E5"/>
                      </w:placeholder>
                      <w:rPr>
                        <w:rStyle w:val="PlaceholderText"/>
                        <w:rFonts w:ascii="Aptos" w:hAnsi="Aptos" w:eastAsia="Aptos" w:cs="Aptos"/>
                      </w:rPr>
                    </w:sdtPr>
                    <w:sdtContent>
                      <w:r w:rsidRPr="0EE38D19" w:rsidR="2E2139E3">
                        <w:rPr>
                          <w:rStyle w:val="PlaceholderText"/>
                          <w:rFonts w:ascii="Aptos" w:hAnsi="Aptos" w:eastAsia="Aptos" w:cs="Aptos"/>
                        </w:rPr>
                        <w:t>Choose an item.</w:t>
                      </w:r>
                    </w:sdtContent>
                  </w:sdt>
                </w:p>
              </w:tc>
            </w:tr>
          </w:tbl>
          <w:p w:rsidR="0055314D" w:rsidP="4D2B6D6D" w:rsidRDefault="0055314D" w14:paraId="629CCD00" w14:textId="3C9E5668">
            <w:pPr>
              <w:pStyle w:val="Normal"/>
              <w:rPr>
                <w:rFonts w:ascii="Aptos" w:hAnsi="Aptos" w:eastAsia="Aptos" w:cs="Aptos"/>
              </w:rPr>
            </w:pPr>
          </w:p>
        </w:tc>
      </w:tr>
    </w:tbl>
    <w:p w:rsidR="4D2B6D6D" w:rsidP="4D2B6D6D" w:rsidRDefault="4D2B6D6D" w14:paraId="4C812EC9" w14:textId="7FEB5548">
      <w:pPr>
        <w:pStyle w:val="Normal"/>
      </w:pPr>
    </w:p>
    <w:p w:rsidR="000364C0" w:rsidP="4D2B6D6D" w:rsidRDefault="000364C0" w14:paraId="6EBA9255" w14:textId="6905708E">
      <w:pPr>
        <w:pStyle w:val="Normal"/>
        <w:rPr>
          <w:rFonts w:ascii="Aptos" w:hAnsi="Aptos" w:eastAsia="Aptos" w:cs="Aptos"/>
          <w:b w:val="1"/>
          <w:bCs w:val="1"/>
          <w:sz w:val="27"/>
          <w:szCs w:val="27"/>
          <w:lang w:eastAsia="zh-CN" w:bidi="he-IL"/>
        </w:rPr>
      </w:pPr>
      <w:r w:rsidRPr="4D2B6D6D" w:rsidR="587C9FC7">
        <w:rPr>
          <w:rFonts w:ascii="Aptos" w:hAnsi="Aptos" w:eastAsia="Aptos" w:cs="Aptos"/>
          <w:b w:val="1"/>
          <w:bCs w:val="1"/>
          <w:sz w:val="27"/>
          <w:szCs w:val="27"/>
          <w:lang w:eastAsia="zh-CN" w:bidi="he-IL"/>
        </w:rPr>
        <w:t>Equal Opportunity Employer Statement</w:t>
      </w:r>
    </w:p>
    <w:p w:rsidR="000364C0" w:rsidP="4D2B6D6D" w:rsidRDefault="000364C0" w14:textId="77777777" w14:paraId="7BCA0216">
      <w:pPr>
        <w:pStyle w:val="paragraph"/>
        <w:spacing w:before="0" w:beforeAutospacing="off" w:after="0" w:afterAutospacing="off"/>
        <w:rPr>
          <w:rStyle w:val="eop"/>
          <w:rFonts w:ascii="Aptos" w:hAnsi="Aptos" w:eastAsia="Aptos" w:cs="Aptos"/>
          <w:sz w:val="22"/>
          <w:szCs w:val="22"/>
        </w:rPr>
      </w:pPr>
      <w:r w:rsidRPr="4D2B6D6D" w:rsidR="587C9FC7">
        <w:rPr>
          <w:rStyle w:val="normaltextrun"/>
          <w:rFonts w:ascii="Aptos" w:hAnsi="Aptos" w:eastAsia="Aptos" w:cs="Aptos"/>
          <w:sz w:val="22"/>
          <w:szCs w:val="22"/>
        </w:rPr>
        <w:t>Wittenberg University provides an equal employment opportunity to all employees and applicants for employment in accordance with applicable federal, state, and local law. The University strictly prohibits discrimination and harassment on the basis of race, color, religion, sex (including pregnancy, sexual orientation, gender identity, and gender expression), national origin, age, disability, genetic information, veteran or military status, or any other legally protected characteristic. This commitment includes compliance with Title IX, which prohibits discrimination on the basis of sex in educational programs and activities.</w:t>
      </w:r>
      <w:r w:rsidRPr="4D2B6D6D" w:rsidR="587C9FC7">
        <w:rPr>
          <w:rStyle w:val="eop"/>
          <w:rFonts w:ascii="Aptos" w:hAnsi="Aptos" w:eastAsia="Aptos" w:cs="Aptos"/>
          <w:sz w:val="22"/>
          <w:szCs w:val="22"/>
        </w:rPr>
        <w:t> </w:t>
      </w:r>
    </w:p>
    <w:p w:rsidR="000364C0" w:rsidP="4D2B6D6D" w:rsidRDefault="000364C0" w14:textId="77777777" w14:paraId="3B089ABF">
      <w:pPr>
        <w:pStyle w:val="paragraph"/>
        <w:spacing w:before="0" w:beforeAutospacing="off" w:after="0" w:afterAutospacing="off"/>
        <w:rPr>
          <w:rFonts w:ascii="Aptos" w:hAnsi="Aptos" w:eastAsia="Aptos" w:cs="Aptos"/>
          <w:sz w:val="18"/>
          <w:szCs w:val="18"/>
        </w:rPr>
      </w:pPr>
    </w:p>
    <w:p w:rsidR="000364C0" w:rsidP="4D2B6D6D" w:rsidRDefault="000364C0" w14:textId="77777777" w14:paraId="4926909D">
      <w:pPr>
        <w:pStyle w:val="paragraph"/>
        <w:spacing w:before="0" w:beforeAutospacing="off" w:after="0" w:afterAutospacing="off"/>
        <w:rPr>
          <w:rFonts w:ascii="Aptos" w:hAnsi="Aptos" w:eastAsia="Aptos" w:cs="Aptos"/>
          <w:sz w:val="18"/>
          <w:szCs w:val="18"/>
        </w:rPr>
      </w:pPr>
      <w:r w:rsidRPr="4D2B6D6D" w:rsidR="587C9FC7">
        <w:rPr>
          <w:rStyle w:val="normaltextrun"/>
          <w:rFonts w:ascii="Aptos" w:hAnsi="Aptos" w:eastAsia="Aptos" w:cs="Aptos"/>
          <w:sz w:val="22"/>
          <w:szCs w:val="22"/>
        </w:rPr>
        <w:t>Employment decisions are made based on qualifications, merit, and institutional needs. The University is dedicated to maintaining a respectful, inclusive, and equitable work environment.</w:t>
      </w:r>
    </w:p>
    <w:p w:rsidR="000364C0" w:rsidP="0EE38D19" w:rsidRDefault="000364C0" w14:paraId="514F98E5" w14:textId="25D4D207">
      <w:pPr>
        <w:rPr>
          <w:rFonts w:ascii="Aptos" w:hAnsi="Aptos" w:eastAsia="Aptos" w:cs="Aptos"/>
        </w:rPr>
      </w:pPr>
    </w:p>
    <w:sectPr w:rsidR="000364C0" w:rsidSect="00034616">
      <w:footerReference w:type="default" r:id="rId12"/>
      <w:pgSz w:w="12240" w:h="15840" w:orient="portrait"/>
      <w:pgMar w:top="1440" w:right="1800" w:bottom="1440" w:left="1800" w:header="720" w:footer="720" w:gutter="0"/>
      <w:cols w:space="720"/>
      <w:docGrid w:linePitch="360"/>
      <w:headerReference w:type="default" r:id="R09b78e74bd08414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0F82" w:rsidP="00B61F6E" w:rsidRDefault="00790F82" w14:paraId="5CB10A17" w14:textId="77777777">
      <w:pPr>
        <w:spacing w:after="0" w:line="240" w:lineRule="auto"/>
      </w:pPr>
      <w:r>
        <w:separator/>
      </w:r>
    </w:p>
  </w:endnote>
  <w:endnote w:type="continuationSeparator" w:id="0">
    <w:p w:rsidR="00790F82" w:rsidP="00B61F6E" w:rsidRDefault="00790F82" w14:paraId="4DE417B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407858"/>
      <w:docPartObj>
        <w:docPartGallery w:val="Page Numbers (Bottom of Page)"/>
        <w:docPartUnique/>
      </w:docPartObj>
    </w:sdtPr>
    <w:sdtEndPr>
      <w:rPr>
        <w:noProof/>
      </w:rPr>
    </w:sdtEndPr>
    <w:sdtContent>
      <w:p w:rsidR="00495987" w:rsidRDefault="00495987" w14:paraId="7A03CACB" w14:textId="1A1C63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95987" w:rsidRDefault="00495987" w14:paraId="449794A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0F82" w:rsidP="00B61F6E" w:rsidRDefault="00790F82" w14:paraId="16CB69C4" w14:textId="77777777">
      <w:pPr>
        <w:spacing w:after="0" w:line="240" w:lineRule="auto"/>
      </w:pPr>
      <w:r>
        <w:separator/>
      </w:r>
    </w:p>
  </w:footnote>
  <w:footnote w:type="continuationSeparator" w:id="0">
    <w:p w:rsidR="00790F82" w:rsidP="00B61F6E" w:rsidRDefault="00790F82" w14:paraId="20E5C4EE" w14:textId="77777777">
      <w:pPr>
        <w:spacing w:after="0" w:line="240" w:lineRule="auto"/>
      </w:pPr>
      <w:r>
        <w:continuationSeparator/>
      </w:r>
    </w:p>
  </w:footnote>
</w:footnotes>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0EE38D19" w:rsidTr="0EE38D19" w14:paraId="32E1D387">
      <w:trPr>
        <w:trHeight w:val="300"/>
      </w:trPr>
      <w:tc>
        <w:tcPr>
          <w:tcW w:w="2880" w:type="dxa"/>
          <w:tcMar/>
        </w:tcPr>
        <w:p w:rsidR="0EE38D19" w:rsidP="0EE38D19" w:rsidRDefault="0EE38D19" w14:paraId="61823F10" w14:textId="743DD16C">
          <w:pPr>
            <w:pStyle w:val="Header"/>
            <w:bidi w:val="0"/>
            <w:ind w:left="-115"/>
            <w:jc w:val="left"/>
          </w:pPr>
        </w:p>
      </w:tc>
      <w:tc>
        <w:tcPr>
          <w:tcW w:w="2880" w:type="dxa"/>
          <w:tcMar/>
        </w:tcPr>
        <w:p w:rsidR="0EE38D19" w:rsidP="0EE38D19" w:rsidRDefault="0EE38D19" w14:paraId="3B64300E" w14:textId="2B4057A4">
          <w:pPr>
            <w:pStyle w:val="Header"/>
            <w:bidi w:val="0"/>
            <w:jc w:val="center"/>
          </w:pPr>
        </w:p>
      </w:tc>
      <w:tc>
        <w:tcPr>
          <w:tcW w:w="2880" w:type="dxa"/>
          <w:tcMar/>
        </w:tcPr>
        <w:p w:rsidR="0EE38D19" w:rsidP="0EE38D19" w:rsidRDefault="0EE38D19" w14:paraId="656F27FF" w14:textId="66E23215">
          <w:pPr>
            <w:pStyle w:val="Header"/>
            <w:bidi w:val="0"/>
            <w:ind w:right="-115"/>
            <w:jc w:val="right"/>
          </w:pPr>
          <w:r w:rsidR="0EE38D19">
            <w:drawing>
              <wp:inline wp14:editId="299B182D" wp14:anchorId="6136964C">
                <wp:extent cx="1504950" cy="504825"/>
                <wp:effectExtent l="0" t="0" r="0" b="0"/>
                <wp:docPr id="8373110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837311064" name="Picture 83731106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841040402">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504950" cy="504825"/>
                        </a:xfrm>
                        <a:prstGeom xmlns:a="http://schemas.openxmlformats.org/drawingml/2006/main" prst="rect">
                          <a:avLst xmlns:a="http://schemas.openxmlformats.org/drawingml/2006/main"/>
                        </a:prstGeom>
                      </pic:spPr>
                    </pic:pic>
                  </a:graphicData>
                </a:graphic>
              </wp:inline>
            </w:drawing>
          </w:r>
        </w:p>
      </w:tc>
    </w:tr>
  </w:tbl>
  <w:p w:rsidR="0EE38D19" w:rsidP="0EE38D19" w:rsidRDefault="0EE38D19" w14:paraId="78E9442A" w14:textId="1E71544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42C3C98"/>
    <w:multiLevelType w:val="hybridMultilevel"/>
    <w:tmpl w:val="9F085F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7D034CB"/>
    <w:multiLevelType w:val="hybridMultilevel"/>
    <w:tmpl w:val="0FE8B3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D630403"/>
    <w:multiLevelType w:val="multilevel"/>
    <w:tmpl w:val="380C94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3677122"/>
    <w:multiLevelType w:val="hybridMultilevel"/>
    <w:tmpl w:val="01321B3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27BA4EC6"/>
    <w:multiLevelType w:val="hybridMultilevel"/>
    <w:tmpl w:val="A676AA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9803F4E"/>
    <w:multiLevelType w:val="hybridMultilevel"/>
    <w:tmpl w:val="B2B427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04D3AA5"/>
    <w:multiLevelType w:val="hybridMultilevel"/>
    <w:tmpl w:val="20AE318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3F3644E2"/>
    <w:multiLevelType w:val="hybridMultilevel"/>
    <w:tmpl w:val="A2BA3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A93528"/>
    <w:multiLevelType w:val="multilevel"/>
    <w:tmpl w:val="FBEA0D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62C1E6F"/>
    <w:multiLevelType w:val="multilevel"/>
    <w:tmpl w:val="761202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F016552"/>
    <w:multiLevelType w:val="hybridMultilevel"/>
    <w:tmpl w:val="A7B087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9AA62DF"/>
    <w:multiLevelType w:val="hybridMultilevel"/>
    <w:tmpl w:val="1B38A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6C6EFB"/>
    <w:multiLevelType w:val="hybridMultilevel"/>
    <w:tmpl w:val="E0BC16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5C30EE5"/>
    <w:multiLevelType w:val="multilevel"/>
    <w:tmpl w:val="0F2690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E1E2A51"/>
    <w:multiLevelType w:val="hybridMultilevel"/>
    <w:tmpl w:val="4926CC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F2D2F8A"/>
    <w:multiLevelType w:val="hybridMultilevel"/>
    <w:tmpl w:val="16A2BF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82501873">
    <w:abstractNumId w:val="8"/>
  </w:num>
  <w:num w:numId="2" w16cid:durableId="1941794856">
    <w:abstractNumId w:val="6"/>
  </w:num>
  <w:num w:numId="3" w16cid:durableId="747507889">
    <w:abstractNumId w:val="5"/>
  </w:num>
  <w:num w:numId="4" w16cid:durableId="2117748824">
    <w:abstractNumId w:val="4"/>
  </w:num>
  <w:num w:numId="5" w16cid:durableId="765150929">
    <w:abstractNumId w:val="7"/>
  </w:num>
  <w:num w:numId="6" w16cid:durableId="906190929">
    <w:abstractNumId w:val="3"/>
  </w:num>
  <w:num w:numId="7" w16cid:durableId="1540514660">
    <w:abstractNumId w:val="2"/>
  </w:num>
  <w:num w:numId="8" w16cid:durableId="1790932991">
    <w:abstractNumId w:val="1"/>
  </w:num>
  <w:num w:numId="9" w16cid:durableId="284233553">
    <w:abstractNumId w:val="0"/>
  </w:num>
  <w:num w:numId="10" w16cid:durableId="846138999">
    <w:abstractNumId w:val="13"/>
  </w:num>
  <w:num w:numId="11" w16cid:durableId="420301608">
    <w:abstractNumId w:val="9"/>
  </w:num>
  <w:num w:numId="12" w16cid:durableId="2048599999">
    <w:abstractNumId w:val="24"/>
  </w:num>
  <w:num w:numId="13" w16cid:durableId="1068386748">
    <w:abstractNumId w:val="22"/>
  </w:num>
  <w:num w:numId="14" w16cid:durableId="1511873470">
    <w:abstractNumId w:val="18"/>
  </w:num>
  <w:num w:numId="15" w16cid:durableId="73669046">
    <w:abstractNumId w:val="20"/>
  </w:num>
  <w:num w:numId="16" w16cid:durableId="184176361">
    <w:abstractNumId w:val="17"/>
  </w:num>
  <w:num w:numId="17" w16cid:durableId="1953173566">
    <w:abstractNumId w:val="11"/>
  </w:num>
  <w:num w:numId="18" w16cid:durableId="1104232633">
    <w:abstractNumId w:val="16"/>
  </w:num>
  <w:num w:numId="19" w16cid:durableId="968898092">
    <w:abstractNumId w:val="21"/>
  </w:num>
  <w:num w:numId="20" w16cid:durableId="1131558705">
    <w:abstractNumId w:val="12"/>
  </w:num>
  <w:num w:numId="21" w16cid:durableId="1745687845">
    <w:abstractNumId w:val="19"/>
  </w:num>
  <w:num w:numId="22" w16cid:durableId="104277517">
    <w:abstractNumId w:val="23"/>
  </w:num>
  <w:num w:numId="23" w16cid:durableId="259340148">
    <w:abstractNumId w:val="14"/>
  </w:num>
  <w:num w:numId="24" w16cid:durableId="603732833">
    <w:abstractNumId w:val="15"/>
  </w:num>
  <w:num w:numId="25" w16cid:durableId="16274225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752"/>
    <w:rsid w:val="0000379B"/>
    <w:rsid w:val="00016158"/>
    <w:rsid w:val="00020DCB"/>
    <w:rsid w:val="0002566A"/>
    <w:rsid w:val="00034616"/>
    <w:rsid w:val="000364C0"/>
    <w:rsid w:val="00040332"/>
    <w:rsid w:val="00040D84"/>
    <w:rsid w:val="00042304"/>
    <w:rsid w:val="000501BB"/>
    <w:rsid w:val="00050799"/>
    <w:rsid w:val="00055C3F"/>
    <w:rsid w:val="0006063C"/>
    <w:rsid w:val="00060F82"/>
    <w:rsid w:val="0006145F"/>
    <w:rsid w:val="00066F8A"/>
    <w:rsid w:val="0007480A"/>
    <w:rsid w:val="00075362"/>
    <w:rsid w:val="00076C57"/>
    <w:rsid w:val="00082B54"/>
    <w:rsid w:val="0008339F"/>
    <w:rsid w:val="0008389B"/>
    <w:rsid w:val="00084FF8"/>
    <w:rsid w:val="000863EF"/>
    <w:rsid w:val="00086DD3"/>
    <w:rsid w:val="00091504"/>
    <w:rsid w:val="00093CB1"/>
    <w:rsid w:val="000B136F"/>
    <w:rsid w:val="000B77FE"/>
    <w:rsid w:val="000C2869"/>
    <w:rsid w:val="000C295D"/>
    <w:rsid w:val="000D386C"/>
    <w:rsid w:val="000D50B4"/>
    <w:rsid w:val="000E6A27"/>
    <w:rsid w:val="000E6FD9"/>
    <w:rsid w:val="00100080"/>
    <w:rsid w:val="00102FB4"/>
    <w:rsid w:val="00117CD5"/>
    <w:rsid w:val="00121A83"/>
    <w:rsid w:val="00133E47"/>
    <w:rsid w:val="00134A11"/>
    <w:rsid w:val="00137A70"/>
    <w:rsid w:val="0015029D"/>
    <w:rsid w:val="0015074B"/>
    <w:rsid w:val="0016146D"/>
    <w:rsid w:val="00162391"/>
    <w:rsid w:val="001629CB"/>
    <w:rsid w:val="00165443"/>
    <w:rsid w:val="00166A97"/>
    <w:rsid w:val="001716F3"/>
    <w:rsid w:val="00174F38"/>
    <w:rsid w:val="00177EFC"/>
    <w:rsid w:val="00183070"/>
    <w:rsid w:val="001876A6"/>
    <w:rsid w:val="001928D2"/>
    <w:rsid w:val="001A05A2"/>
    <w:rsid w:val="001A5FD6"/>
    <w:rsid w:val="001B1B1A"/>
    <w:rsid w:val="001B4CE2"/>
    <w:rsid w:val="001B7440"/>
    <w:rsid w:val="001C0A77"/>
    <w:rsid w:val="001C16B0"/>
    <w:rsid w:val="001C3EDC"/>
    <w:rsid w:val="001C45FF"/>
    <w:rsid w:val="001C4676"/>
    <w:rsid w:val="001C6E1B"/>
    <w:rsid w:val="001F4276"/>
    <w:rsid w:val="001F4CA3"/>
    <w:rsid w:val="002022B3"/>
    <w:rsid w:val="002140EB"/>
    <w:rsid w:val="00240AE9"/>
    <w:rsid w:val="0024504D"/>
    <w:rsid w:val="00252CD7"/>
    <w:rsid w:val="00257B26"/>
    <w:rsid w:val="002637CF"/>
    <w:rsid w:val="00266827"/>
    <w:rsid w:val="00281786"/>
    <w:rsid w:val="0029639D"/>
    <w:rsid w:val="00296460"/>
    <w:rsid w:val="00297805"/>
    <w:rsid w:val="00297C50"/>
    <w:rsid w:val="002B19CC"/>
    <w:rsid w:val="002B7D1B"/>
    <w:rsid w:val="002C0384"/>
    <w:rsid w:val="002C3196"/>
    <w:rsid w:val="002C5D39"/>
    <w:rsid w:val="002D620A"/>
    <w:rsid w:val="002F3312"/>
    <w:rsid w:val="002FCB5E"/>
    <w:rsid w:val="00302C24"/>
    <w:rsid w:val="00305523"/>
    <w:rsid w:val="00306797"/>
    <w:rsid w:val="00306C0B"/>
    <w:rsid w:val="00312AF4"/>
    <w:rsid w:val="0032450C"/>
    <w:rsid w:val="00326F90"/>
    <w:rsid w:val="003316C3"/>
    <w:rsid w:val="0033450B"/>
    <w:rsid w:val="00345BDB"/>
    <w:rsid w:val="0034791D"/>
    <w:rsid w:val="00352C30"/>
    <w:rsid w:val="0035487D"/>
    <w:rsid w:val="00360867"/>
    <w:rsid w:val="00381185"/>
    <w:rsid w:val="00394A57"/>
    <w:rsid w:val="003950D0"/>
    <w:rsid w:val="003A2213"/>
    <w:rsid w:val="003A639F"/>
    <w:rsid w:val="003A64BA"/>
    <w:rsid w:val="003B1534"/>
    <w:rsid w:val="003B44B2"/>
    <w:rsid w:val="003B45C4"/>
    <w:rsid w:val="003B6A82"/>
    <w:rsid w:val="003B7CAB"/>
    <w:rsid w:val="003C46B6"/>
    <w:rsid w:val="003C6D71"/>
    <w:rsid w:val="003D715F"/>
    <w:rsid w:val="003E47FA"/>
    <w:rsid w:val="003E7EBA"/>
    <w:rsid w:val="003F4FC7"/>
    <w:rsid w:val="00411E89"/>
    <w:rsid w:val="00432EB5"/>
    <w:rsid w:val="00441640"/>
    <w:rsid w:val="004532B8"/>
    <w:rsid w:val="00456130"/>
    <w:rsid w:val="004609A7"/>
    <w:rsid w:val="0046297A"/>
    <w:rsid w:val="004645B4"/>
    <w:rsid w:val="00465735"/>
    <w:rsid w:val="00470901"/>
    <w:rsid w:val="004844CF"/>
    <w:rsid w:val="00495987"/>
    <w:rsid w:val="00497D31"/>
    <w:rsid w:val="004A3B40"/>
    <w:rsid w:val="004A3ECB"/>
    <w:rsid w:val="004A473D"/>
    <w:rsid w:val="004A7EEC"/>
    <w:rsid w:val="004C4C70"/>
    <w:rsid w:val="004C715F"/>
    <w:rsid w:val="004C7943"/>
    <w:rsid w:val="004D7764"/>
    <w:rsid w:val="004E007B"/>
    <w:rsid w:val="004E6D8E"/>
    <w:rsid w:val="004E7321"/>
    <w:rsid w:val="004F02F0"/>
    <w:rsid w:val="004F21F5"/>
    <w:rsid w:val="004F3E58"/>
    <w:rsid w:val="004F522C"/>
    <w:rsid w:val="00532D1A"/>
    <w:rsid w:val="00535057"/>
    <w:rsid w:val="0053510F"/>
    <w:rsid w:val="005405D9"/>
    <w:rsid w:val="00543DC2"/>
    <w:rsid w:val="00545116"/>
    <w:rsid w:val="00552775"/>
    <w:rsid w:val="0055314D"/>
    <w:rsid w:val="00561840"/>
    <w:rsid w:val="0056457A"/>
    <w:rsid w:val="00566BB8"/>
    <w:rsid w:val="00572015"/>
    <w:rsid w:val="00584045"/>
    <w:rsid w:val="00584276"/>
    <w:rsid w:val="00592C34"/>
    <w:rsid w:val="00595033"/>
    <w:rsid w:val="005964E4"/>
    <w:rsid w:val="0059659C"/>
    <w:rsid w:val="005970B5"/>
    <w:rsid w:val="005A2547"/>
    <w:rsid w:val="005A4E90"/>
    <w:rsid w:val="005A7045"/>
    <w:rsid w:val="005A7F56"/>
    <w:rsid w:val="005B0A54"/>
    <w:rsid w:val="005B25F7"/>
    <w:rsid w:val="005C2420"/>
    <w:rsid w:val="005C327F"/>
    <w:rsid w:val="005C5BE9"/>
    <w:rsid w:val="005D1E4B"/>
    <w:rsid w:val="005E146F"/>
    <w:rsid w:val="005E4A0D"/>
    <w:rsid w:val="005E6219"/>
    <w:rsid w:val="005F1A8C"/>
    <w:rsid w:val="005F6722"/>
    <w:rsid w:val="00601736"/>
    <w:rsid w:val="00602D67"/>
    <w:rsid w:val="0060497D"/>
    <w:rsid w:val="006054CA"/>
    <w:rsid w:val="00614385"/>
    <w:rsid w:val="00614DE7"/>
    <w:rsid w:val="006221C4"/>
    <w:rsid w:val="00625702"/>
    <w:rsid w:val="0062683D"/>
    <w:rsid w:val="00633DB9"/>
    <w:rsid w:val="006440BA"/>
    <w:rsid w:val="00644FD7"/>
    <w:rsid w:val="0067009E"/>
    <w:rsid w:val="0067252A"/>
    <w:rsid w:val="0067EC75"/>
    <w:rsid w:val="00684ACA"/>
    <w:rsid w:val="0068501E"/>
    <w:rsid w:val="006B370A"/>
    <w:rsid w:val="006B6197"/>
    <w:rsid w:val="006C4E57"/>
    <w:rsid w:val="006C60C5"/>
    <w:rsid w:val="006D4B06"/>
    <w:rsid w:val="006E24EC"/>
    <w:rsid w:val="006E25DD"/>
    <w:rsid w:val="006F4A0C"/>
    <w:rsid w:val="00700877"/>
    <w:rsid w:val="00705FBC"/>
    <w:rsid w:val="007159C7"/>
    <w:rsid w:val="00723BE3"/>
    <w:rsid w:val="00730B5D"/>
    <w:rsid w:val="00730EAE"/>
    <w:rsid w:val="0073544E"/>
    <w:rsid w:val="007367C6"/>
    <w:rsid w:val="0073746C"/>
    <w:rsid w:val="00742834"/>
    <w:rsid w:val="007541DE"/>
    <w:rsid w:val="00755F1A"/>
    <w:rsid w:val="00782C1A"/>
    <w:rsid w:val="00786F17"/>
    <w:rsid w:val="00790F82"/>
    <w:rsid w:val="00792822"/>
    <w:rsid w:val="007A00E8"/>
    <w:rsid w:val="007A6B56"/>
    <w:rsid w:val="007B0226"/>
    <w:rsid w:val="007B08A6"/>
    <w:rsid w:val="007C464E"/>
    <w:rsid w:val="007D41CB"/>
    <w:rsid w:val="007E059E"/>
    <w:rsid w:val="007E57F0"/>
    <w:rsid w:val="007F001C"/>
    <w:rsid w:val="008024D0"/>
    <w:rsid w:val="00805D32"/>
    <w:rsid w:val="00816906"/>
    <w:rsid w:val="00824D86"/>
    <w:rsid w:val="00825D5E"/>
    <w:rsid w:val="008421F7"/>
    <w:rsid w:val="00857EDE"/>
    <w:rsid w:val="008628DF"/>
    <w:rsid w:val="00864720"/>
    <w:rsid w:val="008A0979"/>
    <w:rsid w:val="008A1385"/>
    <w:rsid w:val="008A5333"/>
    <w:rsid w:val="008B5819"/>
    <w:rsid w:val="008C2AD4"/>
    <w:rsid w:val="008C3C0E"/>
    <w:rsid w:val="008C7CC7"/>
    <w:rsid w:val="008E1F3E"/>
    <w:rsid w:val="008F2D3A"/>
    <w:rsid w:val="00901A8C"/>
    <w:rsid w:val="00903A3F"/>
    <w:rsid w:val="00904703"/>
    <w:rsid w:val="009106E4"/>
    <w:rsid w:val="00920CE0"/>
    <w:rsid w:val="00920E72"/>
    <w:rsid w:val="00923167"/>
    <w:rsid w:val="00925DB4"/>
    <w:rsid w:val="00926B25"/>
    <w:rsid w:val="00927EA8"/>
    <w:rsid w:val="0093064B"/>
    <w:rsid w:val="009329E0"/>
    <w:rsid w:val="00936360"/>
    <w:rsid w:val="009457DA"/>
    <w:rsid w:val="0094780B"/>
    <w:rsid w:val="00950457"/>
    <w:rsid w:val="009565F5"/>
    <w:rsid w:val="0096435B"/>
    <w:rsid w:val="009741C6"/>
    <w:rsid w:val="00976200"/>
    <w:rsid w:val="009770B6"/>
    <w:rsid w:val="009842B6"/>
    <w:rsid w:val="00992E6F"/>
    <w:rsid w:val="00995C8F"/>
    <w:rsid w:val="009A2A34"/>
    <w:rsid w:val="009B2BE2"/>
    <w:rsid w:val="009B6A19"/>
    <w:rsid w:val="009C2D1A"/>
    <w:rsid w:val="009C3D54"/>
    <w:rsid w:val="009C632F"/>
    <w:rsid w:val="009C7DEA"/>
    <w:rsid w:val="009E2E12"/>
    <w:rsid w:val="009E5006"/>
    <w:rsid w:val="009E569E"/>
    <w:rsid w:val="009E66D2"/>
    <w:rsid w:val="009F2D9C"/>
    <w:rsid w:val="009F5C71"/>
    <w:rsid w:val="009F7493"/>
    <w:rsid w:val="00A011BC"/>
    <w:rsid w:val="00A06368"/>
    <w:rsid w:val="00A10B05"/>
    <w:rsid w:val="00A13811"/>
    <w:rsid w:val="00A1437E"/>
    <w:rsid w:val="00A23BE4"/>
    <w:rsid w:val="00A30EBA"/>
    <w:rsid w:val="00A372F1"/>
    <w:rsid w:val="00A40825"/>
    <w:rsid w:val="00A40C63"/>
    <w:rsid w:val="00A45C6E"/>
    <w:rsid w:val="00A539F7"/>
    <w:rsid w:val="00A55471"/>
    <w:rsid w:val="00A6266E"/>
    <w:rsid w:val="00A66321"/>
    <w:rsid w:val="00A80C5C"/>
    <w:rsid w:val="00A81463"/>
    <w:rsid w:val="00A87575"/>
    <w:rsid w:val="00A97B5F"/>
    <w:rsid w:val="00AA06DF"/>
    <w:rsid w:val="00AA1D8D"/>
    <w:rsid w:val="00AA247E"/>
    <w:rsid w:val="00AA286A"/>
    <w:rsid w:val="00AA5C1F"/>
    <w:rsid w:val="00AB036F"/>
    <w:rsid w:val="00AB7C91"/>
    <w:rsid w:val="00AB7D0D"/>
    <w:rsid w:val="00AC0768"/>
    <w:rsid w:val="00AD45D1"/>
    <w:rsid w:val="00AD5AAB"/>
    <w:rsid w:val="00AE18AE"/>
    <w:rsid w:val="00AF10BF"/>
    <w:rsid w:val="00AF3C1A"/>
    <w:rsid w:val="00AF557F"/>
    <w:rsid w:val="00AF71E5"/>
    <w:rsid w:val="00B00660"/>
    <w:rsid w:val="00B0290A"/>
    <w:rsid w:val="00B03624"/>
    <w:rsid w:val="00B15362"/>
    <w:rsid w:val="00B15FF6"/>
    <w:rsid w:val="00B32539"/>
    <w:rsid w:val="00B34E59"/>
    <w:rsid w:val="00B3520D"/>
    <w:rsid w:val="00B37354"/>
    <w:rsid w:val="00B44AED"/>
    <w:rsid w:val="00B45ADB"/>
    <w:rsid w:val="00B47730"/>
    <w:rsid w:val="00B54C24"/>
    <w:rsid w:val="00B61F6E"/>
    <w:rsid w:val="00B65F61"/>
    <w:rsid w:val="00BA5DA8"/>
    <w:rsid w:val="00BB1861"/>
    <w:rsid w:val="00BC1A1D"/>
    <w:rsid w:val="00BC3228"/>
    <w:rsid w:val="00BF2386"/>
    <w:rsid w:val="00C0730B"/>
    <w:rsid w:val="00C11CAB"/>
    <w:rsid w:val="00C139EF"/>
    <w:rsid w:val="00C202D6"/>
    <w:rsid w:val="00C211E4"/>
    <w:rsid w:val="00C21FC3"/>
    <w:rsid w:val="00C23058"/>
    <w:rsid w:val="00C27475"/>
    <w:rsid w:val="00C32B41"/>
    <w:rsid w:val="00C33EE8"/>
    <w:rsid w:val="00C413F0"/>
    <w:rsid w:val="00C52AD4"/>
    <w:rsid w:val="00C57FCD"/>
    <w:rsid w:val="00C61B8E"/>
    <w:rsid w:val="00C6478E"/>
    <w:rsid w:val="00C70EAD"/>
    <w:rsid w:val="00C71E11"/>
    <w:rsid w:val="00C73219"/>
    <w:rsid w:val="00C74489"/>
    <w:rsid w:val="00C75127"/>
    <w:rsid w:val="00C820C1"/>
    <w:rsid w:val="00C87FB8"/>
    <w:rsid w:val="00C9173A"/>
    <w:rsid w:val="00C934DF"/>
    <w:rsid w:val="00CA2822"/>
    <w:rsid w:val="00CB0664"/>
    <w:rsid w:val="00CC18A0"/>
    <w:rsid w:val="00CC55CF"/>
    <w:rsid w:val="00CD7420"/>
    <w:rsid w:val="00CE1D33"/>
    <w:rsid w:val="00CE700C"/>
    <w:rsid w:val="00CF72AD"/>
    <w:rsid w:val="00D00828"/>
    <w:rsid w:val="00D0411F"/>
    <w:rsid w:val="00D05317"/>
    <w:rsid w:val="00D350F0"/>
    <w:rsid w:val="00D37061"/>
    <w:rsid w:val="00D376E7"/>
    <w:rsid w:val="00D522E5"/>
    <w:rsid w:val="00D576B7"/>
    <w:rsid w:val="00D6425D"/>
    <w:rsid w:val="00D70048"/>
    <w:rsid w:val="00D70E34"/>
    <w:rsid w:val="00D72218"/>
    <w:rsid w:val="00D875FB"/>
    <w:rsid w:val="00D91237"/>
    <w:rsid w:val="00D97931"/>
    <w:rsid w:val="00DA22F1"/>
    <w:rsid w:val="00DA2350"/>
    <w:rsid w:val="00DA48FA"/>
    <w:rsid w:val="00DB0490"/>
    <w:rsid w:val="00DB2924"/>
    <w:rsid w:val="00DB750F"/>
    <w:rsid w:val="00DD1ECA"/>
    <w:rsid w:val="00DD2CD8"/>
    <w:rsid w:val="00DD3403"/>
    <w:rsid w:val="00DE6B75"/>
    <w:rsid w:val="00DE6C52"/>
    <w:rsid w:val="00DF0C41"/>
    <w:rsid w:val="00DF0DF5"/>
    <w:rsid w:val="00DF36A9"/>
    <w:rsid w:val="00DF6184"/>
    <w:rsid w:val="00DF7130"/>
    <w:rsid w:val="00E05DD5"/>
    <w:rsid w:val="00E0674C"/>
    <w:rsid w:val="00E1299B"/>
    <w:rsid w:val="00E23E9B"/>
    <w:rsid w:val="00E27353"/>
    <w:rsid w:val="00E36045"/>
    <w:rsid w:val="00E43E3C"/>
    <w:rsid w:val="00E5664C"/>
    <w:rsid w:val="00E61EB8"/>
    <w:rsid w:val="00E66E62"/>
    <w:rsid w:val="00E73193"/>
    <w:rsid w:val="00E841BF"/>
    <w:rsid w:val="00E85C9A"/>
    <w:rsid w:val="00E9536B"/>
    <w:rsid w:val="00EA279F"/>
    <w:rsid w:val="00EA4ADA"/>
    <w:rsid w:val="00EB0B3B"/>
    <w:rsid w:val="00EC0F5F"/>
    <w:rsid w:val="00EC3B51"/>
    <w:rsid w:val="00EC6528"/>
    <w:rsid w:val="00EE4038"/>
    <w:rsid w:val="00EE47EF"/>
    <w:rsid w:val="00EF0F30"/>
    <w:rsid w:val="00EF1C49"/>
    <w:rsid w:val="00EF2A1F"/>
    <w:rsid w:val="00EF654D"/>
    <w:rsid w:val="00F04FCC"/>
    <w:rsid w:val="00F05255"/>
    <w:rsid w:val="00F12BDE"/>
    <w:rsid w:val="00F26BC4"/>
    <w:rsid w:val="00F3188C"/>
    <w:rsid w:val="00F32889"/>
    <w:rsid w:val="00F33E45"/>
    <w:rsid w:val="00F3413C"/>
    <w:rsid w:val="00F34E2E"/>
    <w:rsid w:val="00F52277"/>
    <w:rsid w:val="00F525C5"/>
    <w:rsid w:val="00F54705"/>
    <w:rsid w:val="00F66FEC"/>
    <w:rsid w:val="00F8404D"/>
    <w:rsid w:val="00F84E19"/>
    <w:rsid w:val="00F95DB7"/>
    <w:rsid w:val="00F967E9"/>
    <w:rsid w:val="00F97A2A"/>
    <w:rsid w:val="00FA1380"/>
    <w:rsid w:val="00FA573A"/>
    <w:rsid w:val="00FA58B0"/>
    <w:rsid w:val="00FA58CD"/>
    <w:rsid w:val="00FA70EF"/>
    <w:rsid w:val="00FB02DF"/>
    <w:rsid w:val="00FB3250"/>
    <w:rsid w:val="00FB3FE8"/>
    <w:rsid w:val="00FB565B"/>
    <w:rsid w:val="00FB6547"/>
    <w:rsid w:val="00FC693F"/>
    <w:rsid w:val="00FC6B54"/>
    <w:rsid w:val="00FC7C68"/>
    <w:rsid w:val="00FF21CE"/>
    <w:rsid w:val="00FF3A1F"/>
    <w:rsid w:val="0127657E"/>
    <w:rsid w:val="02214407"/>
    <w:rsid w:val="02F7D73C"/>
    <w:rsid w:val="030B292E"/>
    <w:rsid w:val="04855319"/>
    <w:rsid w:val="06705B33"/>
    <w:rsid w:val="08AD6AAD"/>
    <w:rsid w:val="09934474"/>
    <w:rsid w:val="0A18EB71"/>
    <w:rsid w:val="0A650764"/>
    <w:rsid w:val="0AE072AF"/>
    <w:rsid w:val="0B6BD474"/>
    <w:rsid w:val="0EE38D19"/>
    <w:rsid w:val="10D713C3"/>
    <w:rsid w:val="1107AD62"/>
    <w:rsid w:val="1169D7F7"/>
    <w:rsid w:val="11F85CBC"/>
    <w:rsid w:val="15EFA4D7"/>
    <w:rsid w:val="163B9B1B"/>
    <w:rsid w:val="16A05C3E"/>
    <w:rsid w:val="16E7D784"/>
    <w:rsid w:val="176D1256"/>
    <w:rsid w:val="17C8CFA6"/>
    <w:rsid w:val="1C14195C"/>
    <w:rsid w:val="20478D2E"/>
    <w:rsid w:val="20A109A7"/>
    <w:rsid w:val="20ADE57D"/>
    <w:rsid w:val="22A6B789"/>
    <w:rsid w:val="22DE76C0"/>
    <w:rsid w:val="230667C0"/>
    <w:rsid w:val="241982A0"/>
    <w:rsid w:val="24A56095"/>
    <w:rsid w:val="26EF79C6"/>
    <w:rsid w:val="28AC757E"/>
    <w:rsid w:val="28DC2C5A"/>
    <w:rsid w:val="28FFA62D"/>
    <w:rsid w:val="29B2A35F"/>
    <w:rsid w:val="29E4E629"/>
    <w:rsid w:val="2BA4700E"/>
    <w:rsid w:val="2C79BD22"/>
    <w:rsid w:val="2E2139E3"/>
    <w:rsid w:val="2E23E9A1"/>
    <w:rsid w:val="2EF332C6"/>
    <w:rsid w:val="2F41ED62"/>
    <w:rsid w:val="31C8664C"/>
    <w:rsid w:val="329B8654"/>
    <w:rsid w:val="32FF2150"/>
    <w:rsid w:val="33F6D9F8"/>
    <w:rsid w:val="34583D79"/>
    <w:rsid w:val="346C5AA6"/>
    <w:rsid w:val="356C24A2"/>
    <w:rsid w:val="35E2E333"/>
    <w:rsid w:val="3665E3AB"/>
    <w:rsid w:val="37024611"/>
    <w:rsid w:val="37A41E00"/>
    <w:rsid w:val="38F91210"/>
    <w:rsid w:val="3A6DF694"/>
    <w:rsid w:val="3A88BDA0"/>
    <w:rsid w:val="3AE5078E"/>
    <w:rsid w:val="3C43674B"/>
    <w:rsid w:val="3C7E39B0"/>
    <w:rsid w:val="3D0F03A1"/>
    <w:rsid w:val="3D64CAA8"/>
    <w:rsid w:val="3DF26071"/>
    <w:rsid w:val="3F77E4A0"/>
    <w:rsid w:val="3F9E3ADD"/>
    <w:rsid w:val="402A1517"/>
    <w:rsid w:val="41318DDC"/>
    <w:rsid w:val="41E19482"/>
    <w:rsid w:val="430DD2AB"/>
    <w:rsid w:val="4506A7B0"/>
    <w:rsid w:val="46A54058"/>
    <w:rsid w:val="475CC5BF"/>
    <w:rsid w:val="482F8BF9"/>
    <w:rsid w:val="48B5D67F"/>
    <w:rsid w:val="4978B055"/>
    <w:rsid w:val="49798BCB"/>
    <w:rsid w:val="498BCE4F"/>
    <w:rsid w:val="49CE47C5"/>
    <w:rsid w:val="4A334C43"/>
    <w:rsid w:val="4AE06CDA"/>
    <w:rsid w:val="4B08DD77"/>
    <w:rsid w:val="4C5F9631"/>
    <w:rsid w:val="4C7E53C7"/>
    <w:rsid w:val="4D2B6D6D"/>
    <w:rsid w:val="4ECCEDA7"/>
    <w:rsid w:val="51729862"/>
    <w:rsid w:val="519DFA7D"/>
    <w:rsid w:val="571A17EB"/>
    <w:rsid w:val="571E044D"/>
    <w:rsid w:val="579363D4"/>
    <w:rsid w:val="585BBD40"/>
    <w:rsid w:val="587C9FC7"/>
    <w:rsid w:val="5936532A"/>
    <w:rsid w:val="5A04855A"/>
    <w:rsid w:val="5B91AF1B"/>
    <w:rsid w:val="5BBCE3E1"/>
    <w:rsid w:val="5BDFACBF"/>
    <w:rsid w:val="5C536835"/>
    <w:rsid w:val="5D82EB14"/>
    <w:rsid w:val="5DC70394"/>
    <w:rsid w:val="5E4E134B"/>
    <w:rsid w:val="5EB9B7FD"/>
    <w:rsid w:val="60028B50"/>
    <w:rsid w:val="613621D4"/>
    <w:rsid w:val="61EF5E86"/>
    <w:rsid w:val="638E09BD"/>
    <w:rsid w:val="64EE3EBA"/>
    <w:rsid w:val="68578C17"/>
    <w:rsid w:val="686B2075"/>
    <w:rsid w:val="68750576"/>
    <w:rsid w:val="68A9FA43"/>
    <w:rsid w:val="697CC93C"/>
    <w:rsid w:val="6D9AF665"/>
    <w:rsid w:val="6E495FEB"/>
    <w:rsid w:val="6F02E908"/>
    <w:rsid w:val="6F8EC077"/>
    <w:rsid w:val="7078E70F"/>
    <w:rsid w:val="7154B41C"/>
    <w:rsid w:val="7163307B"/>
    <w:rsid w:val="7326B38B"/>
    <w:rsid w:val="74DADC52"/>
    <w:rsid w:val="759BA147"/>
    <w:rsid w:val="76C7940A"/>
    <w:rsid w:val="77076057"/>
    <w:rsid w:val="7721105F"/>
    <w:rsid w:val="77FAAE74"/>
    <w:rsid w:val="79060CDB"/>
    <w:rsid w:val="796452EC"/>
    <w:rsid w:val="79DDAB0B"/>
    <w:rsid w:val="7B1F2141"/>
    <w:rsid w:val="7B68E994"/>
    <w:rsid w:val="7B794BF1"/>
    <w:rsid w:val="7C0FF6F2"/>
    <w:rsid w:val="7D772AD4"/>
    <w:rsid w:val="7DE58309"/>
    <w:rsid w:val="7EEB8F97"/>
    <w:rsid w:val="7FCDCE1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BB6C6C"/>
  <w14:defaultImageDpi w14:val="330"/>
  <w15:docId w15:val="{2D131B65-1C81-4D74-9E84-FC780C634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1" w:customStyle="1">
    <w:name w:val="Text 1"/>
    <w:link w:val="Text1Char"/>
    <w:qFormat/>
    <w:rsid w:val="00B54C24"/>
    <w:pPr>
      <w:spacing w:after="0" w:line="240" w:lineRule="auto"/>
      <w:ind w:left="170"/>
    </w:pPr>
    <w:rPr>
      <w:rFonts w:ascii="Lato" w:hAnsi="Lato" w:eastAsia="Times New Roman" w:cs="Calibri"/>
      <w:color w:val="000000"/>
      <w:sz w:val="20"/>
      <w:szCs w:val="20"/>
    </w:rPr>
  </w:style>
  <w:style w:type="character" w:styleId="Text1Char" w:customStyle="1">
    <w:name w:val="Text 1 Char"/>
    <w:basedOn w:val="DefaultParagraphFont"/>
    <w:link w:val="Text1"/>
    <w:rsid w:val="00B54C24"/>
    <w:rPr>
      <w:rFonts w:ascii="Lato" w:hAnsi="Lato" w:eastAsia="Times New Roman" w:cs="Calibri"/>
      <w:color w:val="000000"/>
      <w:sz w:val="20"/>
      <w:szCs w:val="20"/>
    </w:rPr>
  </w:style>
  <w:style w:type="paragraph" w:styleId="Jobtitle" w:customStyle="1">
    <w:name w:val="Job title"/>
    <w:link w:val="JobtitleChar"/>
    <w:qFormat/>
    <w:rsid w:val="00B54C24"/>
    <w:pPr>
      <w:spacing w:after="0" w:line="240" w:lineRule="auto"/>
      <w:jc w:val="center"/>
    </w:pPr>
    <w:rPr>
      <w:rFonts w:ascii="Lato" w:hAnsi="Lato" w:eastAsia="Times New Roman" w:cs="Calibri"/>
      <w:b/>
      <w:bCs/>
      <w:color w:val="000000"/>
      <w:sz w:val="32"/>
      <w:szCs w:val="32"/>
    </w:rPr>
  </w:style>
  <w:style w:type="character" w:styleId="JobtitleChar" w:customStyle="1">
    <w:name w:val="Job title Char"/>
    <w:basedOn w:val="DefaultParagraphFont"/>
    <w:link w:val="Jobtitle"/>
    <w:rsid w:val="00B54C24"/>
    <w:rPr>
      <w:rFonts w:ascii="Lato" w:hAnsi="Lato" w:eastAsia="Times New Roman" w:cs="Calibri"/>
      <w:b/>
      <w:bCs/>
      <w:color w:val="000000"/>
      <w:sz w:val="32"/>
      <w:szCs w:val="32"/>
    </w:rPr>
  </w:style>
  <w:style w:type="paragraph" w:styleId="Jobdescription" w:customStyle="1">
    <w:name w:val="Job description"/>
    <w:link w:val="JobdescriptionChar"/>
    <w:qFormat/>
    <w:rsid w:val="00B54C24"/>
    <w:pPr>
      <w:spacing w:after="0" w:line="240" w:lineRule="auto"/>
      <w:jc w:val="center"/>
    </w:pPr>
    <w:rPr>
      <w:rFonts w:ascii="Lato" w:hAnsi="Lato" w:eastAsia="Times New Roman" w:cs="Calibri"/>
      <w:b/>
      <w:bCs/>
      <w:color w:val="FFFFFF"/>
      <w:sz w:val="20"/>
      <w:szCs w:val="20"/>
    </w:rPr>
  </w:style>
  <w:style w:type="character" w:styleId="JobdescriptionChar" w:customStyle="1">
    <w:name w:val="Job description Char"/>
    <w:basedOn w:val="DefaultParagraphFont"/>
    <w:link w:val="Jobdescription"/>
    <w:rsid w:val="00B54C24"/>
    <w:rPr>
      <w:rFonts w:ascii="Lato" w:hAnsi="Lato" w:eastAsia="Times New Roman" w:cs="Calibri"/>
      <w:b/>
      <w:bCs/>
      <w:color w:val="FFFFFF"/>
      <w:sz w:val="20"/>
      <w:szCs w:val="20"/>
    </w:rPr>
  </w:style>
  <w:style w:type="paragraph" w:styleId="NormalWeb">
    <w:name w:val="Normal (Web)"/>
    <w:basedOn w:val="Normal"/>
    <w:uiPriority w:val="99"/>
    <w:semiHidden/>
    <w:unhideWhenUsed/>
    <w:rsid w:val="00C61B8E"/>
    <w:pPr>
      <w:spacing w:before="100" w:beforeAutospacing="1" w:after="100" w:afterAutospacing="1" w:line="240" w:lineRule="auto"/>
    </w:pPr>
    <w:rPr>
      <w:rFonts w:ascii="Times New Roman" w:hAnsi="Times New Roman" w:eastAsia="Times New Roman" w:cs="Times New Roman"/>
      <w:sz w:val="24"/>
      <w:szCs w:val="24"/>
      <w:lang w:eastAsia="zh-CN" w:bidi="he-IL"/>
    </w:rPr>
  </w:style>
  <w:style w:type="character" w:styleId="PlaceholderText">
    <w:name w:val="Placeholder Text"/>
    <w:basedOn w:val="DefaultParagraphFont"/>
    <w:uiPriority w:val="99"/>
    <w:semiHidden/>
    <w:rsid w:val="00976200"/>
    <w:rPr>
      <w:color w:val="666666"/>
    </w:rPr>
  </w:style>
  <w:style w:type="paragraph" w:styleId="paragraph" w:customStyle="1">
    <w:name w:val="paragraph"/>
    <w:basedOn w:val="Normal"/>
    <w:rsid w:val="003950D0"/>
    <w:pPr>
      <w:spacing w:before="100" w:beforeAutospacing="1" w:after="100" w:afterAutospacing="1" w:line="240" w:lineRule="auto"/>
    </w:pPr>
    <w:rPr>
      <w:rFonts w:ascii="Times New Roman" w:hAnsi="Times New Roman" w:eastAsia="Times New Roman" w:cs="Times New Roman"/>
      <w:sz w:val="24"/>
      <w:szCs w:val="24"/>
      <w:lang w:eastAsia="zh-CN" w:bidi="he-IL"/>
    </w:rPr>
  </w:style>
  <w:style w:type="character" w:styleId="normaltextrun" w:customStyle="1">
    <w:name w:val="normaltextrun"/>
    <w:basedOn w:val="DefaultParagraphFont"/>
    <w:rsid w:val="003950D0"/>
  </w:style>
  <w:style w:type="character" w:styleId="eop" w:customStyle="1">
    <w:name w:val="eop"/>
    <w:basedOn w:val="DefaultParagraphFont"/>
    <w:rsid w:val="00395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 Type="http://schemas.openxmlformats.org/officeDocument/2006/relationships/header" Target="header2.xml" Id="R09b78e74bd08414a" /></Relationships>
</file>

<file path=word/_rels/header2.xml.rels>&#65279;<?xml version="1.0" encoding="utf-8"?><Relationships xmlns="http://schemas.openxmlformats.org/package/2006/relationships"><Relationship Type="http://schemas.openxmlformats.org/officeDocument/2006/relationships/image" Target="/media/image2.png" Id="rId84104040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099F01F-0762-49EF-A4B7-79F07AF7158D}"/>
      </w:docPartPr>
      <w:docPartBody>
        <w:p w:rsidR="00FB5461" w:rsidRDefault="0034727C">
          <w:r w:rsidRPr="008F5E0E">
            <w:rPr>
              <w:rStyle w:val="PlaceholderText"/>
            </w:rPr>
            <w:t>Choose an item.</w:t>
          </w:r>
        </w:p>
      </w:docPartBody>
    </w:docPart>
    <w:docPart>
      <w:docPartPr>
        <w:name w:val="A65E9907DBE84007B882A1F0238120D3"/>
        <w:category>
          <w:name w:val="General"/>
          <w:gallery w:val="placeholder"/>
        </w:category>
        <w:types>
          <w:type w:val="bbPlcHdr"/>
        </w:types>
        <w:behaviors>
          <w:behavior w:val="content"/>
        </w:behaviors>
        <w:guid w:val="{AD314B0B-9A37-4A7F-8820-8AF6992F122A}"/>
      </w:docPartPr>
      <w:docPartBody>
        <w:p w:rsidR="001327E6" w:rsidP="00FB5461" w:rsidRDefault="00FB5461">
          <w:pPr>
            <w:pStyle w:val="A65E9907DBE84007B882A1F0238120D31"/>
          </w:pPr>
          <w:r w:rsidRPr="008F5E0E">
            <w:rPr>
              <w:rStyle w:val="PlaceholderText"/>
            </w:rPr>
            <w:t>Choose an item.</w:t>
          </w:r>
        </w:p>
      </w:docPartBody>
    </w:docPart>
    <w:docPart>
      <w:docPartPr>
        <w:name w:val="B42D280A3E7D4D7CA2772624161D3EE3"/>
        <w:category>
          <w:name w:val="General"/>
          <w:gallery w:val="placeholder"/>
        </w:category>
        <w:types>
          <w:type w:val="bbPlcHdr"/>
        </w:types>
        <w:behaviors>
          <w:behavior w:val="content"/>
        </w:behaviors>
        <w:guid w:val="{08A3ECF4-DA87-4C94-BE33-D3717C26CE8B}"/>
      </w:docPartPr>
      <w:docPartBody>
        <w:p w:rsidR="001327E6" w:rsidP="00FB5461" w:rsidRDefault="00FB5461">
          <w:pPr>
            <w:pStyle w:val="B42D280A3E7D4D7CA2772624161D3EE31"/>
          </w:pPr>
          <w:r w:rsidRPr="008F5E0E">
            <w:rPr>
              <w:rStyle w:val="PlaceholderText"/>
            </w:rPr>
            <w:t>Choose an item.</w:t>
          </w:r>
        </w:p>
      </w:docPartBody>
    </w:docPart>
    <w:docPart>
      <w:docPartPr>
        <w:name w:val="2327E1378A1B40148251A98CB3357B3B"/>
        <w:category>
          <w:name w:val="General"/>
          <w:gallery w:val="placeholder"/>
        </w:category>
        <w:types>
          <w:type w:val="bbPlcHdr"/>
        </w:types>
        <w:behaviors>
          <w:behavior w:val="content"/>
        </w:behaviors>
        <w:guid w:val="{8ECED67B-519B-43DD-8D60-17BD97192FD0}"/>
      </w:docPartPr>
      <w:docPartBody>
        <w:p w:rsidR="001327E6" w:rsidP="00FB5461" w:rsidRDefault="00FB5461">
          <w:pPr>
            <w:pStyle w:val="2327E1378A1B40148251A98CB3357B3B1"/>
          </w:pPr>
          <w:r w:rsidRPr="008F5E0E">
            <w:rPr>
              <w:rStyle w:val="PlaceholderText"/>
            </w:rPr>
            <w:t>Choose an item.</w:t>
          </w:r>
        </w:p>
      </w:docPartBody>
    </w:docPart>
    <w:docPart>
      <w:docPartPr>
        <w:name w:val="B0EBFB4DC23441898414B9948A386609"/>
        <w:category>
          <w:name w:val="General"/>
          <w:gallery w:val="placeholder"/>
        </w:category>
        <w:types>
          <w:type w:val="bbPlcHdr"/>
        </w:types>
        <w:behaviors>
          <w:behavior w:val="content"/>
        </w:behaviors>
        <w:guid w:val="{A1A34240-083D-46D9-A54A-23115F6BD7AD}"/>
      </w:docPartPr>
      <w:docPartBody>
        <w:p w:rsidR="001327E6" w:rsidP="00FB5461" w:rsidRDefault="00FB5461">
          <w:pPr>
            <w:pStyle w:val="B0EBFB4DC23441898414B9948A3866091"/>
          </w:pPr>
          <w:r w:rsidRPr="008F5E0E">
            <w:rPr>
              <w:rStyle w:val="PlaceholderText"/>
            </w:rPr>
            <w:t>Choose an item.</w:t>
          </w:r>
        </w:p>
      </w:docPartBody>
    </w:docPart>
    <w:docPart>
      <w:docPartPr>
        <w:name w:val="E6EA8B6AA8EC4064A454243C4FC204E5"/>
        <w:category>
          <w:name w:val="General"/>
          <w:gallery w:val="placeholder"/>
        </w:category>
        <w:types>
          <w:type w:val="bbPlcHdr"/>
        </w:types>
        <w:behaviors>
          <w:behavior w:val="content"/>
        </w:behaviors>
        <w:guid w:val="{B5359375-B91E-41DA-B086-A99B0669090A}"/>
      </w:docPartPr>
      <w:docPartBody>
        <w:p w:rsidR="001327E6" w:rsidP="00FB5461" w:rsidRDefault="00FB5461">
          <w:pPr>
            <w:pStyle w:val="E6EA8B6AA8EC4064A454243C4FC204E51"/>
          </w:pPr>
          <w:r w:rsidRPr="008F5E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7C"/>
    <w:rsid w:val="00071CC2"/>
    <w:rsid w:val="001327E6"/>
    <w:rsid w:val="001928D2"/>
    <w:rsid w:val="001C10B7"/>
    <w:rsid w:val="0034727C"/>
    <w:rsid w:val="00545116"/>
    <w:rsid w:val="007045EB"/>
    <w:rsid w:val="008628DF"/>
    <w:rsid w:val="008C2AD4"/>
    <w:rsid w:val="009A69D4"/>
    <w:rsid w:val="00B42D2D"/>
    <w:rsid w:val="00BA7426"/>
    <w:rsid w:val="00C32B41"/>
    <w:rsid w:val="00C73219"/>
    <w:rsid w:val="00EA680D"/>
    <w:rsid w:val="00EF654D"/>
    <w:rsid w:val="00FA1380"/>
    <w:rsid w:val="00FB546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5461"/>
    <w:rPr>
      <w:color w:val="666666"/>
    </w:rPr>
  </w:style>
  <w:style w:type="paragraph" w:customStyle="1" w:styleId="A65E9907DBE84007B882A1F0238120D31">
    <w:name w:val="A65E9907DBE84007B882A1F0238120D31"/>
    <w:rsid w:val="00FB5461"/>
    <w:pPr>
      <w:spacing w:after="200" w:line="276" w:lineRule="auto"/>
    </w:pPr>
    <w:rPr>
      <w:kern w:val="0"/>
      <w:sz w:val="22"/>
      <w:szCs w:val="22"/>
      <w:lang w:eastAsia="en-US" w:bidi="ar-SA"/>
      <w14:ligatures w14:val="none"/>
    </w:rPr>
  </w:style>
  <w:style w:type="paragraph" w:customStyle="1" w:styleId="B4B2419068B143CFBAEFBCFCB2E4DEC61">
    <w:name w:val="B4B2419068B143CFBAEFBCFCB2E4DEC61"/>
    <w:rsid w:val="00FB5461"/>
    <w:pPr>
      <w:spacing w:after="200" w:line="276" w:lineRule="auto"/>
    </w:pPr>
    <w:rPr>
      <w:kern w:val="0"/>
      <w:sz w:val="22"/>
      <w:szCs w:val="22"/>
      <w:lang w:eastAsia="en-US" w:bidi="ar-SA"/>
      <w14:ligatures w14:val="none"/>
    </w:rPr>
  </w:style>
  <w:style w:type="paragraph" w:customStyle="1" w:styleId="973A26F6895044BCA847B2AD84A3B6FD1">
    <w:name w:val="973A26F6895044BCA847B2AD84A3B6FD1"/>
    <w:rsid w:val="00FB5461"/>
    <w:pPr>
      <w:spacing w:after="200" w:line="276" w:lineRule="auto"/>
    </w:pPr>
    <w:rPr>
      <w:kern w:val="0"/>
      <w:sz w:val="22"/>
      <w:szCs w:val="22"/>
      <w:lang w:eastAsia="en-US" w:bidi="ar-SA"/>
      <w14:ligatures w14:val="none"/>
    </w:rPr>
  </w:style>
  <w:style w:type="paragraph" w:customStyle="1" w:styleId="B42D280A3E7D4D7CA2772624161D3EE31">
    <w:name w:val="B42D280A3E7D4D7CA2772624161D3EE31"/>
    <w:rsid w:val="00FB5461"/>
    <w:pPr>
      <w:spacing w:after="200" w:line="276" w:lineRule="auto"/>
    </w:pPr>
    <w:rPr>
      <w:kern w:val="0"/>
      <w:sz w:val="22"/>
      <w:szCs w:val="22"/>
      <w:lang w:eastAsia="en-US" w:bidi="ar-SA"/>
      <w14:ligatures w14:val="none"/>
    </w:rPr>
  </w:style>
  <w:style w:type="paragraph" w:customStyle="1" w:styleId="2327E1378A1B40148251A98CB3357B3B1">
    <w:name w:val="2327E1378A1B40148251A98CB3357B3B1"/>
    <w:rsid w:val="00FB5461"/>
    <w:pPr>
      <w:spacing w:after="200" w:line="276" w:lineRule="auto"/>
    </w:pPr>
    <w:rPr>
      <w:kern w:val="0"/>
      <w:sz w:val="22"/>
      <w:szCs w:val="22"/>
      <w:lang w:eastAsia="en-US" w:bidi="ar-SA"/>
      <w14:ligatures w14:val="none"/>
    </w:rPr>
  </w:style>
  <w:style w:type="paragraph" w:customStyle="1" w:styleId="B0EBFB4DC23441898414B9948A3866091">
    <w:name w:val="B0EBFB4DC23441898414B9948A3866091"/>
    <w:rsid w:val="00FB5461"/>
    <w:pPr>
      <w:spacing w:after="200" w:line="276" w:lineRule="auto"/>
    </w:pPr>
    <w:rPr>
      <w:kern w:val="0"/>
      <w:sz w:val="22"/>
      <w:szCs w:val="22"/>
      <w:lang w:eastAsia="en-US" w:bidi="ar-SA"/>
      <w14:ligatures w14:val="none"/>
    </w:rPr>
  </w:style>
  <w:style w:type="paragraph" w:customStyle="1" w:styleId="E6EA8B6AA8EC4064A454243C4FC204E51">
    <w:name w:val="E6EA8B6AA8EC4064A454243C4FC204E51"/>
    <w:rsid w:val="00FB5461"/>
    <w:pPr>
      <w:spacing w:after="200" w:line="276" w:lineRule="auto"/>
    </w:pPr>
    <w:rPr>
      <w:kern w:val="0"/>
      <w:sz w:val="22"/>
      <w:szCs w:val="22"/>
      <w:lang w:eastAsia="en-US" w:bidi="ar-SA"/>
      <w14:ligatures w14:val="none"/>
    </w:rPr>
  </w:style>
  <w:style w:type="paragraph" w:customStyle="1" w:styleId="1F42ABFE35D44A5E913B78CFD01F522E1">
    <w:name w:val="1F42ABFE35D44A5E913B78CFD01F522E1"/>
    <w:rsid w:val="00FB5461"/>
    <w:pPr>
      <w:spacing w:after="200" w:line="276" w:lineRule="auto"/>
    </w:pPr>
    <w:rPr>
      <w:kern w:val="0"/>
      <w:sz w:val="22"/>
      <w:szCs w:val="22"/>
      <w:lang w:eastAsia="en-US" w:bidi="ar-SA"/>
      <w14:ligatures w14:val="none"/>
    </w:rPr>
  </w:style>
  <w:style w:type="paragraph" w:customStyle="1" w:styleId="41B755F1DAE946B89A40B82DAA9E487D1">
    <w:name w:val="41B755F1DAE946B89A40B82DAA9E487D1"/>
    <w:rsid w:val="00FB5461"/>
    <w:pPr>
      <w:spacing w:after="200" w:line="276" w:lineRule="auto"/>
    </w:pPr>
    <w:rPr>
      <w:kern w:val="0"/>
      <w:sz w:val="22"/>
      <w:szCs w:val="22"/>
      <w:lang w:eastAsia="en-US" w:bidi="ar-SA"/>
      <w14:ligatures w14:val="none"/>
    </w:rPr>
  </w:style>
  <w:style w:type="paragraph" w:customStyle="1" w:styleId="643022CEB8574FE688719B7C423871C11">
    <w:name w:val="643022CEB8574FE688719B7C423871C11"/>
    <w:rsid w:val="00FB5461"/>
    <w:pPr>
      <w:spacing w:after="200" w:line="276" w:lineRule="auto"/>
    </w:pPr>
    <w:rPr>
      <w:kern w:val="0"/>
      <w:sz w:val="22"/>
      <w:szCs w:val="22"/>
      <w:lang w:eastAsia="en-US" w:bidi="ar-SA"/>
      <w14:ligatures w14:val="none"/>
    </w:rPr>
  </w:style>
  <w:style w:type="paragraph" w:customStyle="1" w:styleId="5286440B36584646B9291786419192211">
    <w:name w:val="5286440B36584646B9291786419192211"/>
    <w:rsid w:val="00FB5461"/>
    <w:pPr>
      <w:spacing w:after="200" w:line="276" w:lineRule="auto"/>
    </w:pPr>
    <w:rPr>
      <w:kern w:val="0"/>
      <w:sz w:val="22"/>
      <w:szCs w:val="22"/>
      <w:lang w:eastAsia="en-US" w:bidi="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2226af3-eb02-4239-8478-7adb14ca43c6" xsi:nil="true"/>
    <lcf76f155ced4ddcb4097134ff3c332f xmlns="b16aa328-e9dc-49b6-a88a-62bd717d47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01336F7E23EF4294E438C48E7D142E" ma:contentTypeVersion="17" ma:contentTypeDescription="Create a new document." ma:contentTypeScope="" ma:versionID="80dceb08b03cf9d9825c38e6300d97c5">
  <xsd:schema xmlns:xsd="http://www.w3.org/2001/XMLSchema" xmlns:xs="http://www.w3.org/2001/XMLSchema" xmlns:p="http://schemas.microsoft.com/office/2006/metadata/properties" xmlns:ns2="b16aa328-e9dc-49b6-a88a-62bd717d4703" xmlns:ns3="a2226af3-eb02-4239-8478-7adb14ca43c6" targetNamespace="http://schemas.microsoft.com/office/2006/metadata/properties" ma:root="true" ma:fieldsID="4b115bce029ab85c6864818a9caf7535" ns2:_="" ns3:_="">
    <xsd:import namespace="b16aa328-e9dc-49b6-a88a-62bd717d4703"/>
    <xsd:import namespace="a2226af3-eb02-4239-8478-7adb14ca43c6"/>
    <xsd:element name="properties">
      <xsd:complexType>
        <xsd:sequence>
          <xsd:element name="documentManagement">
            <xsd:complexType>
              <xsd:all>
                <xsd:element ref="ns3:SharedWithUsers" minOccurs="0"/>
                <xsd:element ref="ns3:SharedWithDetails" minOccurs="0"/>
                <xsd:element ref="ns2:MediaServiceMetadata" minOccurs="0"/>
                <xsd:element ref="ns2:MediaServiceFastMetadata" minOccurs="0"/>
                <xsd:element ref="ns3:TaxCatchAll" minOccurs="0"/>
                <xsd:element ref="ns2:MediaServiceOCR" minOccurs="0"/>
                <xsd:element ref="ns2:lcf76f155ced4ddcb4097134ff3c332f"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aa328-e9dc-49b6-a88a-62bd717d470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3" nillable="true" ma:displayName="Extracted Text" ma:hidden="true" ma:internalName="MediaServiceOCR"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7e3922-6841-4ae1-b806-bb84002d803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226af3-eb02-4239-8478-7adb14ca43c6"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2" nillable="true" ma:displayName="Taxonomy Catch All Column" ma:hidden="true" ma:list="{e3fdc771-d495-4c9a-b34d-64eea388edfc}" ma:internalName="TaxCatchAll" ma:readOnly="false" ma:showField="CatchAllData" ma:web="a2226af3-eb02-4239-8478-7adb14ca4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90572C4-F10F-45BC-A512-6ACB6486459D}">
  <ds:schemaRefs>
    <ds:schemaRef ds:uri="http://schemas.microsoft.com/office/2006/metadata/properties"/>
    <ds:schemaRef ds:uri="http://schemas.microsoft.com/office/infopath/2007/PartnerControls"/>
    <ds:schemaRef ds:uri="a2226af3-eb02-4239-8478-7adb14ca43c6"/>
    <ds:schemaRef ds:uri="b16aa328-e9dc-49b6-a88a-62bd717d4703"/>
  </ds:schemaRefs>
</ds:datastoreItem>
</file>

<file path=customXml/itemProps3.xml><?xml version="1.0" encoding="utf-8"?>
<ds:datastoreItem xmlns:ds="http://schemas.openxmlformats.org/officeDocument/2006/customXml" ds:itemID="{7F9F41BD-70E9-4EA4-8AF7-B0F9F006C7CD}">
  <ds:schemaRefs>
    <ds:schemaRef ds:uri="http://schemas.microsoft.com/sharepoint/v3/contenttype/forms"/>
  </ds:schemaRefs>
</ds:datastoreItem>
</file>

<file path=customXml/itemProps4.xml><?xml version="1.0" encoding="utf-8"?>
<ds:datastoreItem xmlns:ds="http://schemas.openxmlformats.org/officeDocument/2006/customXml" ds:itemID="{0D500DCD-C034-444B-853C-267012603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aa328-e9dc-49b6-a88a-62bd717d4703"/>
    <ds:schemaRef ds:uri="a2226af3-eb02-4239-8478-7adb14ca4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Mary L Britton</lastModifiedBy>
  <revision>8</revision>
  <lastPrinted>2026-05-12T13:37:00.0000000Z</lastPrinted>
  <dcterms:created xsi:type="dcterms:W3CDTF">2026-06-05T16:21:00.0000000Z</dcterms:created>
  <dcterms:modified xsi:type="dcterms:W3CDTF">2026-07-30T15:04:14.5518729Z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0x0101003201336F7E23EF4294E438C48E7D142E</vt:lpwstr>
  </property>
  <property fmtid="{D5CDD505-2E9C-101B-9397-08002B2CF9AE}" pid="3" name="MediaServiceImageTags">
    <vt:lpwstr/>
  </property>
</Properties>
</file>